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096BA" w14:textId="7D4E9B37" w:rsidR="00E761AB" w:rsidRPr="00E761AB" w:rsidRDefault="00E761AB" w:rsidP="00E761AB">
      <w:pPr>
        <w:pStyle w:val="Subttulo"/>
        <w:jc w:val="center"/>
        <w:rPr>
          <w:b/>
          <w:bCs/>
          <w:color w:val="1F4E79"/>
          <w:spacing w:val="5"/>
          <w:kern w:val="28"/>
          <w:sz w:val="28"/>
          <w:szCs w:val="44"/>
        </w:rPr>
      </w:pPr>
      <w:r w:rsidRPr="00E761AB">
        <w:rPr>
          <w:b/>
          <w:bCs/>
          <w:color w:val="1F4E79"/>
          <w:spacing w:val="5"/>
          <w:kern w:val="28"/>
          <w:sz w:val="28"/>
          <w:szCs w:val="44"/>
        </w:rPr>
        <w:t xml:space="preserve">TEMPLATE </w:t>
      </w:r>
      <w:r>
        <w:rPr>
          <w:b/>
          <w:bCs/>
          <w:color w:val="1F4E79"/>
          <w:spacing w:val="5"/>
          <w:kern w:val="28"/>
          <w:sz w:val="28"/>
          <w:szCs w:val="44"/>
        </w:rPr>
        <w:t xml:space="preserve">DE </w:t>
      </w:r>
      <w:r w:rsidRPr="00E761AB">
        <w:rPr>
          <w:b/>
          <w:bCs/>
          <w:color w:val="1F4E79"/>
          <w:spacing w:val="5"/>
          <w:kern w:val="28"/>
          <w:sz w:val="28"/>
          <w:szCs w:val="44"/>
        </w:rPr>
        <w:t>COMPROVANTES DO CURRÍCULO LATTES</w:t>
      </w:r>
    </w:p>
    <w:p w14:paraId="711A3E80" w14:textId="77777777" w:rsidR="00890BA1" w:rsidRPr="006D1EBB" w:rsidRDefault="00890BA1" w:rsidP="00890BA1">
      <w:pPr>
        <w:pStyle w:val="Subttulo"/>
        <w:jc w:val="center"/>
        <w:rPr>
          <w:rFonts w:ascii="Calibri" w:hAnsi="Calibri" w:cs="Calibri"/>
          <w:sz w:val="20"/>
        </w:rPr>
      </w:pPr>
    </w:p>
    <w:p w14:paraId="2B60B6E6" w14:textId="77777777" w:rsidR="00890BA1" w:rsidRDefault="00890BA1" w:rsidP="00890BA1">
      <w:pPr>
        <w:pStyle w:val="Subttulo"/>
        <w:jc w:val="center"/>
        <w:rPr>
          <w:rFonts w:ascii="Calibri" w:hAnsi="Calibri" w:cs="Calibri"/>
          <w:b/>
          <w:bCs/>
          <w:sz w:val="20"/>
        </w:rPr>
      </w:pPr>
    </w:p>
    <w:p w14:paraId="385560A2" w14:textId="77777777" w:rsidR="00890BA1" w:rsidRDefault="00890BA1" w:rsidP="00890BA1">
      <w:pPr>
        <w:pStyle w:val="Subttulo"/>
        <w:jc w:val="center"/>
        <w:rPr>
          <w:rFonts w:ascii="Calibri" w:hAnsi="Calibri" w:cs="Calibri"/>
          <w:b/>
          <w:bCs/>
          <w:sz w:val="20"/>
        </w:rPr>
      </w:pPr>
    </w:p>
    <w:p w14:paraId="3E6900D7" w14:textId="77777777" w:rsidR="00890BA1" w:rsidRDefault="00890BA1" w:rsidP="00890BA1">
      <w:pPr>
        <w:pStyle w:val="Subttulo"/>
        <w:jc w:val="center"/>
        <w:rPr>
          <w:rFonts w:ascii="Calibri" w:hAnsi="Calibri" w:cs="Calibri"/>
          <w:b/>
          <w:bCs/>
          <w:sz w:val="20"/>
        </w:rPr>
      </w:pPr>
    </w:p>
    <w:p w14:paraId="5D5217B6" w14:textId="77777777" w:rsidR="00890BA1" w:rsidRDefault="00890BA1" w:rsidP="00890BA1">
      <w:pPr>
        <w:pStyle w:val="Subttulo"/>
        <w:jc w:val="center"/>
        <w:rPr>
          <w:rFonts w:ascii="Calibri" w:hAnsi="Calibri" w:cs="Calibri"/>
          <w:b/>
          <w:bCs/>
          <w:sz w:val="20"/>
        </w:rPr>
      </w:pPr>
    </w:p>
    <w:p w14:paraId="316498A1" w14:textId="77777777" w:rsidR="00890BA1" w:rsidRPr="00ED2904" w:rsidRDefault="00890BA1" w:rsidP="00890BA1">
      <w:pPr>
        <w:pStyle w:val="Subttulo"/>
        <w:jc w:val="center"/>
        <w:rPr>
          <w:b/>
          <w:bCs/>
          <w:sz w:val="20"/>
        </w:rPr>
      </w:pPr>
    </w:p>
    <w:p w14:paraId="7B402776" w14:textId="77777777" w:rsidR="00890BA1" w:rsidRPr="00ED2904" w:rsidRDefault="00890BA1" w:rsidP="00890BA1">
      <w:pPr>
        <w:pStyle w:val="Subttulo"/>
        <w:jc w:val="center"/>
        <w:rPr>
          <w:b/>
          <w:bCs/>
          <w:sz w:val="20"/>
        </w:rPr>
      </w:pPr>
    </w:p>
    <w:p w14:paraId="6736C4F0" w14:textId="77777777" w:rsidR="00890BA1" w:rsidRPr="00ED2904" w:rsidRDefault="00890BA1" w:rsidP="00890BA1">
      <w:pPr>
        <w:pStyle w:val="Subttulo"/>
        <w:jc w:val="center"/>
        <w:rPr>
          <w:b/>
          <w:bCs/>
          <w:sz w:val="20"/>
        </w:rPr>
      </w:pPr>
    </w:p>
    <w:p w14:paraId="3B2E1AC2" w14:textId="77777777" w:rsidR="00890BA1" w:rsidRPr="00ED2904" w:rsidRDefault="00890BA1" w:rsidP="00890BA1">
      <w:pPr>
        <w:pStyle w:val="Subttulo"/>
        <w:jc w:val="center"/>
        <w:rPr>
          <w:b/>
          <w:bCs/>
          <w:sz w:val="20"/>
        </w:rPr>
      </w:pPr>
    </w:p>
    <w:p w14:paraId="72C549B5" w14:textId="77777777" w:rsidR="00890BA1" w:rsidRPr="00ED2904" w:rsidRDefault="00890BA1" w:rsidP="00890BA1">
      <w:pPr>
        <w:pStyle w:val="Subttulo"/>
        <w:jc w:val="center"/>
        <w:rPr>
          <w:b/>
          <w:bCs/>
          <w:sz w:val="28"/>
          <w:szCs w:val="28"/>
        </w:rPr>
      </w:pPr>
      <w:r w:rsidRPr="00ED2904">
        <w:rPr>
          <w:b/>
          <w:bCs/>
          <w:sz w:val="28"/>
          <w:szCs w:val="28"/>
        </w:rPr>
        <w:t>NOME COMPLETO DO CANDIDATO</w:t>
      </w:r>
    </w:p>
    <w:p w14:paraId="15A99EAA" w14:textId="77777777" w:rsidR="00890BA1" w:rsidRPr="00ED2904" w:rsidRDefault="00890BA1" w:rsidP="00890BA1">
      <w:pPr>
        <w:pStyle w:val="Subttulo"/>
        <w:jc w:val="center"/>
        <w:rPr>
          <w:b/>
          <w:bCs/>
          <w:sz w:val="32"/>
          <w:szCs w:val="32"/>
        </w:rPr>
      </w:pPr>
    </w:p>
    <w:p w14:paraId="1687F53F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78D832EC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19267B0D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744B6A2D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0C3532FE" w14:textId="0FF204F7" w:rsidR="00890BA1" w:rsidRPr="00ED2904" w:rsidRDefault="00890BA1" w:rsidP="00890BA1">
      <w:pPr>
        <w:pStyle w:val="Subttulo"/>
        <w:jc w:val="center"/>
        <w:rPr>
          <w:b/>
          <w:bCs/>
        </w:rPr>
      </w:pPr>
      <w:r w:rsidRPr="00ED2904">
        <w:rPr>
          <w:b/>
          <w:bCs/>
        </w:rPr>
        <w:t>CURSO DE MESTRADO</w:t>
      </w:r>
    </w:p>
    <w:p w14:paraId="6FF1EA73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6BCCD72B" w14:textId="65136B48" w:rsidR="00890BA1" w:rsidRPr="00ED2904" w:rsidRDefault="00890BA1" w:rsidP="00890BA1">
      <w:pPr>
        <w:pStyle w:val="Subttulo"/>
        <w:jc w:val="center"/>
        <w:rPr>
          <w:b/>
          <w:bCs/>
        </w:rPr>
      </w:pPr>
      <w:r w:rsidRPr="00ED290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8B7C8A" wp14:editId="05E95FF8">
                <wp:simplePos x="0" y="0"/>
                <wp:positionH relativeFrom="column">
                  <wp:posOffset>2966720</wp:posOffset>
                </wp:positionH>
                <wp:positionV relativeFrom="paragraph">
                  <wp:posOffset>97155</wp:posOffset>
                </wp:positionV>
                <wp:extent cx="3396615" cy="1725295"/>
                <wp:effectExtent l="4445" t="4445" r="0" b="3810"/>
                <wp:wrapSquare wrapText="bothSides"/>
                <wp:docPr id="13159120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6615" cy="172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35C50D" w14:textId="7DE394AF" w:rsidR="00890BA1" w:rsidRDefault="00890BA1" w:rsidP="00890BA1">
                            <w:pPr>
                              <w:jc w:val="both"/>
                            </w:pPr>
                            <w:r w:rsidRPr="003B2953">
                              <w:t>Comprovante de títulos e produções apresentado no processo seletivo de ingresso no Programa de Pós-Graduação Stricto Sensu em Metodologias para o Ensino de Linguagens e suas Tecnologias, no Mestrado Acadêmico na Universidade Pitágoras Unopar Anhanguera.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B7C8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33.6pt;margin-top:7.65pt;width:267.45pt;height:135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" stroked="f">
                <v:textbox>
                  <w:txbxContent>
                    <w:p w14:paraId="3135C50D" w14:textId="7DE394AF" w:rsidR="00890BA1" w:rsidRDefault="00890BA1" w:rsidP="00890BA1">
                      <w:pPr>
                        <w:jc w:val="both"/>
                      </w:pPr>
                      <w:r w:rsidRPr="003B2953">
                        <w:t>Comprovante de títulos e produções apresentado no processo seletivo de ingresso no Programa de Pós-Graduação Stricto Sensu em Metodologias para o Ensino de Linguagens e suas Tecnologias, no Mestrado Acadêmico na Universidade Pitágoras Unopar Anhanguera.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6777FF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1873305B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1612C7D0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6988253E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27099B95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36A277B9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11D7D0D2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1F72CF40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12857E41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26493957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62297B25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6C6631A6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</w:p>
    <w:p w14:paraId="278BAD22" w14:textId="77777777" w:rsidR="00890BA1" w:rsidRPr="00ED2904" w:rsidRDefault="00890BA1" w:rsidP="00890BA1">
      <w:pPr>
        <w:pStyle w:val="Subttulo"/>
        <w:jc w:val="center"/>
        <w:rPr>
          <w:b/>
          <w:bCs/>
        </w:rPr>
      </w:pPr>
      <w:r w:rsidRPr="00ED2904">
        <w:rPr>
          <w:b/>
          <w:bCs/>
        </w:rPr>
        <w:t>CIDADE/ESTADO DE RESIDÊNCIA</w:t>
      </w:r>
    </w:p>
    <w:p w14:paraId="347DC6B2" w14:textId="26D5F077" w:rsidR="00890BA1" w:rsidRPr="00ED2904" w:rsidRDefault="00890BA1" w:rsidP="00890BA1">
      <w:pPr>
        <w:pStyle w:val="Subttulo"/>
        <w:jc w:val="center"/>
        <w:rPr>
          <w:b/>
          <w:bCs/>
        </w:rPr>
      </w:pPr>
      <w:r w:rsidRPr="00ED2904">
        <w:rPr>
          <w:b/>
          <w:bCs/>
        </w:rPr>
        <w:t>202</w:t>
      </w:r>
      <w:r w:rsidR="00E761AB">
        <w:rPr>
          <w:b/>
          <w:bCs/>
        </w:rPr>
        <w:t>6</w:t>
      </w:r>
    </w:p>
    <w:p w14:paraId="583C703B" w14:textId="77777777" w:rsidR="00890BA1" w:rsidRPr="00ED2904" w:rsidRDefault="00890BA1" w:rsidP="00890BA1">
      <w:pPr>
        <w:pStyle w:val="Subttulo"/>
        <w:jc w:val="center"/>
        <w:rPr>
          <w:b/>
          <w:bCs/>
          <w:sz w:val="20"/>
        </w:rPr>
      </w:pPr>
    </w:p>
    <w:p w14:paraId="44CBA6C3" w14:textId="77777777" w:rsidR="00890BA1" w:rsidRPr="00ED2904" w:rsidRDefault="00890BA1" w:rsidP="00890BA1">
      <w:pPr>
        <w:pStyle w:val="CabealhodoSumrio"/>
        <w:jc w:val="center"/>
        <w:rPr>
          <w:rFonts w:ascii="Times New Roman" w:hAnsi="Times New Roman"/>
          <w:b w:val="0"/>
          <w:bCs w:val="0"/>
          <w:color w:val="auto"/>
        </w:rPr>
      </w:pPr>
      <w:r w:rsidRPr="00ED2904">
        <w:rPr>
          <w:rFonts w:ascii="Times New Roman" w:hAnsi="Times New Roman"/>
          <w:b w:val="0"/>
          <w:bCs w:val="0"/>
          <w:color w:val="auto"/>
        </w:rPr>
        <w:lastRenderedPageBreak/>
        <w:t>SUMÁRIO</w:t>
      </w:r>
    </w:p>
    <w:p w14:paraId="53C9701D" w14:textId="77777777" w:rsidR="00890BA1" w:rsidRPr="00ED2904" w:rsidRDefault="00890BA1" w:rsidP="00890BA1">
      <w:pPr>
        <w:rPr>
          <w:rFonts w:ascii="Times New Roman" w:hAnsi="Times New Roman"/>
        </w:rPr>
      </w:pPr>
    </w:p>
    <w:p w14:paraId="696FC942" w14:textId="77777777" w:rsidR="00890BA1" w:rsidRPr="00ED2904" w:rsidRDefault="00890BA1" w:rsidP="00890BA1">
      <w:pPr>
        <w:rPr>
          <w:rFonts w:ascii="Times New Roman" w:hAnsi="Times New Roman"/>
        </w:rPr>
      </w:pPr>
    </w:p>
    <w:p w14:paraId="0088CB36" w14:textId="77777777" w:rsidR="00890BA1" w:rsidRPr="00ED2904" w:rsidRDefault="00890BA1" w:rsidP="00890BA1">
      <w:pPr>
        <w:pStyle w:val="Sumrio1"/>
        <w:tabs>
          <w:tab w:val="right" w:leader="dot" w:pos="9345"/>
        </w:tabs>
        <w:spacing w:line="720" w:lineRule="auto"/>
        <w:rPr>
          <w:rFonts w:ascii="Times New Roman" w:hAnsi="Times New Roman"/>
          <w:noProof/>
          <w:kern w:val="2"/>
          <w:sz w:val="22"/>
        </w:rPr>
      </w:pPr>
      <w:r w:rsidRPr="00ED2904">
        <w:rPr>
          <w:rFonts w:ascii="Times New Roman" w:hAnsi="Times New Roman"/>
        </w:rPr>
        <w:fldChar w:fldCharType="begin"/>
      </w:r>
      <w:r w:rsidRPr="00ED2904">
        <w:rPr>
          <w:rFonts w:ascii="Times New Roman" w:hAnsi="Times New Roman"/>
        </w:rPr>
        <w:instrText xml:space="preserve"> TOC \o "1-3" \h \z \u </w:instrText>
      </w:r>
      <w:r w:rsidRPr="00ED2904">
        <w:rPr>
          <w:rFonts w:ascii="Times New Roman" w:hAnsi="Times New Roman"/>
        </w:rPr>
        <w:fldChar w:fldCharType="separate"/>
      </w:r>
      <w:hyperlink w:anchor="_Toc146700231" w:history="1">
        <w:r w:rsidRPr="00ED2904">
          <w:rPr>
            <w:rStyle w:val="Hyperlink"/>
            <w:rFonts w:ascii="Times New Roman" w:hAnsi="Times New Roman"/>
            <w:noProof/>
          </w:rPr>
          <w:t>1 TITULAÇÃO ACADÊMICA</w:t>
        </w:r>
        <w:r w:rsidRPr="00ED2904">
          <w:rPr>
            <w:rFonts w:ascii="Times New Roman" w:hAnsi="Times New Roman"/>
            <w:noProof/>
            <w:webHidden/>
          </w:rPr>
          <w:tab/>
        </w:r>
        <w:r w:rsidRPr="00ED2904">
          <w:rPr>
            <w:rFonts w:ascii="Times New Roman" w:hAnsi="Times New Roman"/>
            <w:noProof/>
            <w:webHidden/>
          </w:rPr>
          <w:fldChar w:fldCharType="begin"/>
        </w:r>
        <w:r w:rsidRPr="00ED2904">
          <w:rPr>
            <w:rFonts w:ascii="Times New Roman" w:hAnsi="Times New Roman"/>
            <w:noProof/>
            <w:webHidden/>
          </w:rPr>
          <w:instrText xml:space="preserve"> PAGEREF _Toc146700231 \h </w:instrText>
        </w:r>
        <w:r w:rsidRPr="00ED2904">
          <w:rPr>
            <w:rFonts w:ascii="Times New Roman" w:hAnsi="Times New Roman"/>
            <w:noProof/>
            <w:webHidden/>
          </w:rPr>
        </w:r>
        <w:r w:rsidRPr="00ED2904">
          <w:rPr>
            <w:rFonts w:ascii="Times New Roman" w:hAnsi="Times New Roman"/>
            <w:noProof/>
            <w:webHidden/>
          </w:rPr>
          <w:fldChar w:fldCharType="separate"/>
        </w:r>
        <w:r>
          <w:rPr>
            <w:rFonts w:ascii="Times New Roman" w:hAnsi="Times New Roman"/>
            <w:noProof/>
            <w:webHidden/>
          </w:rPr>
          <w:t>8</w:t>
        </w:r>
        <w:r w:rsidRPr="00ED2904">
          <w:rPr>
            <w:rFonts w:ascii="Times New Roman" w:hAnsi="Times New Roman"/>
            <w:noProof/>
            <w:webHidden/>
          </w:rPr>
          <w:fldChar w:fldCharType="end"/>
        </w:r>
      </w:hyperlink>
    </w:p>
    <w:p w14:paraId="1AE88F1E" w14:textId="77777777" w:rsidR="00890BA1" w:rsidRPr="00ED2904" w:rsidRDefault="00890BA1" w:rsidP="00890BA1">
      <w:pPr>
        <w:pStyle w:val="Sumrio1"/>
        <w:tabs>
          <w:tab w:val="right" w:leader="dot" w:pos="9345"/>
        </w:tabs>
        <w:spacing w:line="720" w:lineRule="auto"/>
        <w:rPr>
          <w:rFonts w:ascii="Times New Roman" w:hAnsi="Times New Roman"/>
          <w:noProof/>
          <w:kern w:val="2"/>
          <w:sz w:val="22"/>
        </w:rPr>
      </w:pPr>
      <w:hyperlink w:anchor="_Toc146700232" w:history="1">
        <w:r w:rsidRPr="00ED2904">
          <w:rPr>
            <w:rStyle w:val="Hyperlink"/>
            <w:rFonts w:ascii="Times New Roman" w:hAnsi="Times New Roman"/>
            <w:noProof/>
          </w:rPr>
          <w:t>2 ATUAÇÃO PROFISSIONAL</w:t>
        </w:r>
        <w:r w:rsidRPr="00ED2904">
          <w:rPr>
            <w:rFonts w:ascii="Times New Roman" w:hAnsi="Times New Roman"/>
            <w:noProof/>
            <w:webHidden/>
          </w:rPr>
          <w:tab/>
        </w:r>
        <w:r w:rsidRPr="00ED2904">
          <w:rPr>
            <w:rFonts w:ascii="Times New Roman" w:hAnsi="Times New Roman"/>
            <w:noProof/>
            <w:webHidden/>
          </w:rPr>
          <w:fldChar w:fldCharType="begin"/>
        </w:r>
        <w:r w:rsidRPr="00ED2904">
          <w:rPr>
            <w:rFonts w:ascii="Times New Roman" w:hAnsi="Times New Roman"/>
            <w:noProof/>
            <w:webHidden/>
          </w:rPr>
          <w:instrText xml:space="preserve"> PAGEREF _Toc146700232 \h </w:instrText>
        </w:r>
        <w:r w:rsidRPr="00ED2904">
          <w:rPr>
            <w:rFonts w:ascii="Times New Roman" w:hAnsi="Times New Roman"/>
            <w:noProof/>
            <w:webHidden/>
          </w:rPr>
        </w:r>
        <w:r w:rsidRPr="00ED2904">
          <w:rPr>
            <w:rFonts w:ascii="Times New Roman" w:hAnsi="Times New Roman"/>
            <w:noProof/>
            <w:webHidden/>
          </w:rPr>
          <w:fldChar w:fldCharType="separate"/>
        </w:r>
        <w:r>
          <w:rPr>
            <w:rFonts w:ascii="Times New Roman" w:hAnsi="Times New Roman"/>
            <w:noProof/>
            <w:webHidden/>
          </w:rPr>
          <w:t>8</w:t>
        </w:r>
        <w:r w:rsidRPr="00ED2904">
          <w:rPr>
            <w:rFonts w:ascii="Times New Roman" w:hAnsi="Times New Roman"/>
            <w:noProof/>
            <w:webHidden/>
          </w:rPr>
          <w:fldChar w:fldCharType="end"/>
        </w:r>
      </w:hyperlink>
    </w:p>
    <w:p w14:paraId="66C723BA" w14:textId="77777777" w:rsidR="00890BA1" w:rsidRPr="00ED2904" w:rsidRDefault="00890BA1" w:rsidP="00890BA1">
      <w:pPr>
        <w:pStyle w:val="Sumrio1"/>
        <w:tabs>
          <w:tab w:val="right" w:leader="dot" w:pos="9345"/>
        </w:tabs>
        <w:spacing w:line="720" w:lineRule="auto"/>
        <w:rPr>
          <w:rFonts w:ascii="Times New Roman" w:hAnsi="Times New Roman"/>
          <w:noProof/>
          <w:kern w:val="2"/>
          <w:sz w:val="22"/>
        </w:rPr>
      </w:pPr>
      <w:hyperlink w:anchor="_Toc146700233" w:history="1">
        <w:r w:rsidRPr="00ED2904">
          <w:rPr>
            <w:rStyle w:val="Hyperlink"/>
            <w:rFonts w:ascii="Times New Roman" w:hAnsi="Times New Roman"/>
            <w:noProof/>
          </w:rPr>
          <w:t>3 PRODUÇÃO CIENTÍFICA E TÉCNICA</w:t>
        </w:r>
        <w:r w:rsidRPr="00ED2904">
          <w:rPr>
            <w:rFonts w:ascii="Times New Roman" w:hAnsi="Times New Roman"/>
            <w:noProof/>
            <w:webHidden/>
          </w:rPr>
          <w:tab/>
        </w:r>
        <w:r w:rsidRPr="00ED2904">
          <w:rPr>
            <w:rFonts w:ascii="Times New Roman" w:hAnsi="Times New Roman"/>
            <w:noProof/>
            <w:webHidden/>
          </w:rPr>
          <w:fldChar w:fldCharType="begin"/>
        </w:r>
        <w:r w:rsidRPr="00ED2904">
          <w:rPr>
            <w:rFonts w:ascii="Times New Roman" w:hAnsi="Times New Roman"/>
            <w:noProof/>
            <w:webHidden/>
          </w:rPr>
          <w:instrText xml:space="preserve"> PAGEREF _Toc146700233 \h </w:instrText>
        </w:r>
        <w:r w:rsidRPr="00ED2904">
          <w:rPr>
            <w:rFonts w:ascii="Times New Roman" w:hAnsi="Times New Roman"/>
            <w:noProof/>
            <w:webHidden/>
          </w:rPr>
        </w:r>
        <w:r w:rsidRPr="00ED2904">
          <w:rPr>
            <w:rFonts w:ascii="Times New Roman" w:hAnsi="Times New Roman"/>
            <w:noProof/>
            <w:webHidden/>
          </w:rPr>
          <w:fldChar w:fldCharType="separate"/>
        </w:r>
        <w:r>
          <w:rPr>
            <w:rFonts w:ascii="Times New Roman" w:hAnsi="Times New Roman"/>
            <w:noProof/>
            <w:webHidden/>
          </w:rPr>
          <w:t>8</w:t>
        </w:r>
        <w:r w:rsidRPr="00ED2904">
          <w:rPr>
            <w:rFonts w:ascii="Times New Roman" w:hAnsi="Times New Roman"/>
            <w:noProof/>
            <w:webHidden/>
          </w:rPr>
          <w:fldChar w:fldCharType="end"/>
        </w:r>
      </w:hyperlink>
    </w:p>
    <w:p w14:paraId="00B273E6" w14:textId="77777777" w:rsidR="00890BA1" w:rsidRPr="00ED2904" w:rsidRDefault="00890BA1" w:rsidP="00890BA1">
      <w:pPr>
        <w:pStyle w:val="Sumrio1"/>
        <w:tabs>
          <w:tab w:val="right" w:leader="dot" w:pos="9345"/>
        </w:tabs>
        <w:spacing w:line="720" w:lineRule="auto"/>
        <w:rPr>
          <w:rFonts w:ascii="Times New Roman" w:hAnsi="Times New Roman"/>
          <w:noProof/>
          <w:kern w:val="2"/>
          <w:sz w:val="22"/>
        </w:rPr>
      </w:pPr>
      <w:hyperlink w:anchor="_Toc146700234" w:history="1">
        <w:r w:rsidRPr="00ED2904">
          <w:rPr>
            <w:rStyle w:val="Hyperlink"/>
            <w:rFonts w:ascii="Times New Roman" w:hAnsi="Times New Roman"/>
            <w:noProof/>
          </w:rPr>
          <w:t>4 QUADRO DA PÓNTUAÇÃO</w:t>
        </w:r>
        <w:r w:rsidRPr="00ED2904">
          <w:rPr>
            <w:rFonts w:ascii="Times New Roman" w:hAnsi="Times New Roman"/>
            <w:noProof/>
            <w:webHidden/>
          </w:rPr>
          <w:tab/>
        </w:r>
        <w:r w:rsidRPr="00ED2904">
          <w:rPr>
            <w:rFonts w:ascii="Times New Roman" w:hAnsi="Times New Roman"/>
            <w:noProof/>
            <w:webHidden/>
          </w:rPr>
          <w:fldChar w:fldCharType="begin"/>
        </w:r>
        <w:r w:rsidRPr="00ED2904">
          <w:rPr>
            <w:rFonts w:ascii="Times New Roman" w:hAnsi="Times New Roman"/>
            <w:noProof/>
            <w:webHidden/>
          </w:rPr>
          <w:instrText xml:space="preserve"> PAGEREF _Toc146700234 \h </w:instrText>
        </w:r>
        <w:r w:rsidRPr="00ED2904">
          <w:rPr>
            <w:rFonts w:ascii="Times New Roman" w:hAnsi="Times New Roman"/>
            <w:noProof/>
            <w:webHidden/>
          </w:rPr>
        </w:r>
        <w:r w:rsidRPr="00ED2904">
          <w:rPr>
            <w:rFonts w:ascii="Times New Roman" w:hAnsi="Times New Roman"/>
            <w:noProof/>
            <w:webHidden/>
          </w:rPr>
          <w:fldChar w:fldCharType="separate"/>
        </w:r>
        <w:r>
          <w:rPr>
            <w:rFonts w:ascii="Times New Roman" w:hAnsi="Times New Roman"/>
            <w:noProof/>
            <w:webHidden/>
          </w:rPr>
          <w:t>8</w:t>
        </w:r>
        <w:r w:rsidRPr="00ED2904">
          <w:rPr>
            <w:rFonts w:ascii="Times New Roman" w:hAnsi="Times New Roman"/>
            <w:noProof/>
            <w:webHidden/>
          </w:rPr>
          <w:fldChar w:fldCharType="end"/>
        </w:r>
      </w:hyperlink>
    </w:p>
    <w:p w14:paraId="5914E7C4" w14:textId="77777777" w:rsidR="00890BA1" w:rsidRPr="00ED2904" w:rsidRDefault="00890BA1" w:rsidP="00890BA1">
      <w:pPr>
        <w:spacing w:line="720" w:lineRule="auto"/>
        <w:rPr>
          <w:rFonts w:ascii="Times New Roman" w:hAnsi="Times New Roman"/>
        </w:rPr>
      </w:pPr>
      <w:r w:rsidRPr="00ED2904">
        <w:rPr>
          <w:rFonts w:ascii="Times New Roman" w:hAnsi="Times New Roman"/>
          <w:b/>
          <w:bCs/>
        </w:rPr>
        <w:fldChar w:fldCharType="end"/>
      </w:r>
    </w:p>
    <w:p w14:paraId="120C204D" w14:textId="77777777" w:rsidR="00890BA1" w:rsidRPr="00ED2904" w:rsidRDefault="00890BA1" w:rsidP="00890BA1">
      <w:pPr>
        <w:pStyle w:val="Subttulo"/>
        <w:jc w:val="center"/>
        <w:rPr>
          <w:b/>
          <w:bCs/>
          <w:sz w:val="20"/>
        </w:rPr>
      </w:pPr>
      <w:r w:rsidRPr="00ED2904">
        <w:rPr>
          <w:b/>
          <w:bCs/>
          <w:sz w:val="20"/>
        </w:rPr>
        <w:br w:type="page"/>
      </w:r>
    </w:p>
    <w:p w14:paraId="763FDD98" w14:textId="77777777" w:rsidR="00890BA1" w:rsidRPr="00ED2904" w:rsidRDefault="00890BA1" w:rsidP="00890BA1">
      <w:pPr>
        <w:pStyle w:val="Ttulo1"/>
        <w:rPr>
          <w:rFonts w:ascii="Times New Roman" w:hAnsi="Times New Roman" w:cs="Times New Roman"/>
        </w:rPr>
      </w:pPr>
      <w:bookmarkStart w:id="0" w:name="_Toc146700231"/>
      <w:r w:rsidRPr="00ED2904">
        <w:rPr>
          <w:rFonts w:ascii="Times New Roman" w:hAnsi="Times New Roman" w:cs="Times New Roman"/>
        </w:rPr>
        <w:lastRenderedPageBreak/>
        <w:t>1 TITULAÇÃO ACADÊMICA</w:t>
      </w:r>
      <w:bookmarkEnd w:id="0"/>
      <w:r w:rsidRPr="00ED2904">
        <w:rPr>
          <w:rFonts w:ascii="Times New Roman" w:hAnsi="Times New Roman" w:cs="Times New Roman"/>
        </w:rPr>
        <w:t xml:space="preserve"> </w:t>
      </w:r>
    </w:p>
    <w:p w14:paraId="0B251632" w14:textId="77777777" w:rsidR="00890BA1" w:rsidRPr="00ED2904" w:rsidRDefault="00890BA1" w:rsidP="00890BA1">
      <w:pPr>
        <w:pStyle w:val="Subttulo"/>
        <w:jc w:val="center"/>
        <w:rPr>
          <w:b/>
          <w:bCs/>
          <w:sz w:val="22"/>
        </w:rPr>
      </w:pPr>
    </w:p>
    <w:p w14:paraId="28D126F3" w14:textId="77777777" w:rsidR="00890BA1" w:rsidRPr="00ED2904" w:rsidRDefault="00890BA1" w:rsidP="00890BA1">
      <w:pPr>
        <w:pStyle w:val="Subttulo"/>
        <w:jc w:val="both"/>
        <w:rPr>
          <w:sz w:val="28"/>
        </w:rPr>
      </w:pPr>
      <w:r w:rsidRPr="00ED2904">
        <w:rPr>
          <w:sz w:val="28"/>
        </w:rPr>
        <w:t xml:space="preserve">Colar aqui os comprovantes / diplomas </w:t>
      </w:r>
    </w:p>
    <w:p w14:paraId="7AD00740" w14:textId="77777777" w:rsidR="00890BA1" w:rsidRPr="00ED2904" w:rsidRDefault="00890BA1" w:rsidP="00890BA1">
      <w:pPr>
        <w:pStyle w:val="Subttulo"/>
        <w:jc w:val="center"/>
        <w:rPr>
          <w:b/>
          <w:bCs/>
          <w:sz w:val="22"/>
        </w:rPr>
      </w:pPr>
    </w:p>
    <w:p w14:paraId="19B30D53" w14:textId="77777777" w:rsidR="00890BA1" w:rsidRPr="00ED2904" w:rsidRDefault="00890BA1" w:rsidP="00890BA1">
      <w:pPr>
        <w:pStyle w:val="Subttulo"/>
        <w:jc w:val="center"/>
        <w:rPr>
          <w:b/>
          <w:bCs/>
          <w:sz w:val="22"/>
        </w:rPr>
      </w:pPr>
    </w:p>
    <w:p w14:paraId="0512F25C" w14:textId="77777777" w:rsidR="00890BA1" w:rsidRPr="00ED2904" w:rsidRDefault="00890BA1" w:rsidP="00890BA1">
      <w:pPr>
        <w:pStyle w:val="Ttulo1"/>
        <w:rPr>
          <w:rFonts w:ascii="Times New Roman" w:hAnsi="Times New Roman" w:cs="Times New Roman"/>
        </w:rPr>
      </w:pPr>
      <w:bookmarkStart w:id="1" w:name="_Toc146700232"/>
      <w:r w:rsidRPr="00ED2904">
        <w:rPr>
          <w:rFonts w:ascii="Times New Roman" w:hAnsi="Times New Roman" w:cs="Times New Roman"/>
        </w:rPr>
        <w:t>2 ATUAÇÃO PROFISSIONAL</w:t>
      </w:r>
      <w:bookmarkEnd w:id="1"/>
    </w:p>
    <w:p w14:paraId="42E878A8" w14:textId="77777777" w:rsidR="00890BA1" w:rsidRPr="00ED2904" w:rsidRDefault="00890BA1" w:rsidP="00890BA1">
      <w:pPr>
        <w:pStyle w:val="Subttulo"/>
        <w:jc w:val="center"/>
        <w:rPr>
          <w:b/>
          <w:bCs/>
          <w:sz w:val="22"/>
        </w:rPr>
      </w:pPr>
    </w:p>
    <w:p w14:paraId="6B699893" w14:textId="77777777" w:rsidR="00890BA1" w:rsidRPr="00ED2904" w:rsidRDefault="00890BA1" w:rsidP="00890BA1">
      <w:pPr>
        <w:pStyle w:val="Subttulo"/>
        <w:jc w:val="both"/>
        <w:rPr>
          <w:sz w:val="28"/>
        </w:rPr>
      </w:pPr>
      <w:r w:rsidRPr="00ED2904">
        <w:rPr>
          <w:sz w:val="28"/>
        </w:rPr>
        <w:t xml:space="preserve">Colar aqui os comprovantes de atuação profissional (Declaração do superior imediato ou Folha da Carteira de Trabalho ou Contrato) </w:t>
      </w:r>
    </w:p>
    <w:p w14:paraId="4D0F2D8C" w14:textId="77777777" w:rsidR="00890BA1" w:rsidRPr="00ED2904" w:rsidRDefault="00890BA1" w:rsidP="00890BA1">
      <w:pPr>
        <w:rPr>
          <w:rFonts w:ascii="Times New Roman" w:hAnsi="Times New Roman"/>
        </w:rPr>
      </w:pPr>
    </w:p>
    <w:p w14:paraId="5A532E4C" w14:textId="77777777" w:rsidR="00890BA1" w:rsidRPr="00ED2904" w:rsidRDefault="00890BA1" w:rsidP="00890BA1">
      <w:pPr>
        <w:pStyle w:val="Ttulo1"/>
        <w:rPr>
          <w:rFonts w:ascii="Times New Roman" w:hAnsi="Times New Roman" w:cs="Times New Roman"/>
        </w:rPr>
      </w:pPr>
      <w:bookmarkStart w:id="2" w:name="_Toc146700233"/>
      <w:r w:rsidRPr="00ED2904">
        <w:rPr>
          <w:rFonts w:ascii="Times New Roman" w:hAnsi="Times New Roman" w:cs="Times New Roman"/>
        </w:rPr>
        <w:t>3 PRODUÇÃO CIENTÍFICA E TÉCNICA</w:t>
      </w:r>
      <w:bookmarkEnd w:id="2"/>
      <w:r w:rsidRPr="00ED2904">
        <w:rPr>
          <w:rFonts w:ascii="Times New Roman" w:hAnsi="Times New Roman" w:cs="Times New Roman"/>
        </w:rPr>
        <w:t xml:space="preserve"> </w:t>
      </w:r>
    </w:p>
    <w:p w14:paraId="4423FCAA" w14:textId="77777777" w:rsidR="00890BA1" w:rsidRPr="00ED2904" w:rsidRDefault="00890BA1" w:rsidP="00890BA1">
      <w:pPr>
        <w:rPr>
          <w:rFonts w:ascii="Times New Roman" w:hAnsi="Times New Roman"/>
        </w:rPr>
      </w:pPr>
    </w:p>
    <w:p w14:paraId="33A0E48B" w14:textId="77777777" w:rsidR="00890BA1" w:rsidRPr="00ED2904" w:rsidRDefault="00890BA1" w:rsidP="00890BA1">
      <w:pPr>
        <w:pStyle w:val="Subttulo"/>
        <w:jc w:val="both"/>
        <w:rPr>
          <w:szCs w:val="22"/>
        </w:rPr>
      </w:pPr>
      <w:r w:rsidRPr="00ED2904">
        <w:rPr>
          <w:szCs w:val="22"/>
        </w:rPr>
        <w:t>Preencher o quadro com o título e o link respeitando a ordem do ANEXO II.</w:t>
      </w:r>
    </w:p>
    <w:p w14:paraId="3E6C79B8" w14:textId="77777777" w:rsidR="00890BA1" w:rsidRPr="00ED2904" w:rsidRDefault="00890BA1" w:rsidP="00890BA1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4968"/>
        <w:gridCol w:w="4032"/>
      </w:tblGrid>
      <w:tr w:rsidR="00890BA1" w:rsidRPr="00ED2904" w14:paraId="4ADA9179" w14:textId="77777777" w:rsidTr="007D37C9">
        <w:tc>
          <w:tcPr>
            <w:tcW w:w="473" w:type="dxa"/>
            <w:shd w:val="clear" w:color="auto" w:fill="9CC2E5"/>
            <w:vAlign w:val="center"/>
          </w:tcPr>
          <w:p w14:paraId="62865DC9" w14:textId="77777777" w:rsidR="00890BA1" w:rsidRPr="00D058A2" w:rsidRDefault="00890BA1" w:rsidP="007D37C9">
            <w:pPr>
              <w:pStyle w:val="Subttulo"/>
              <w:jc w:val="center"/>
              <w:rPr>
                <w:b/>
                <w:bCs/>
              </w:rPr>
            </w:pPr>
            <w:r w:rsidRPr="00D058A2">
              <w:rPr>
                <w:b/>
                <w:bCs/>
              </w:rPr>
              <w:t>Nº</w:t>
            </w:r>
          </w:p>
        </w:tc>
        <w:tc>
          <w:tcPr>
            <w:tcW w:w="5022" w:type="dxa"/>
            <w:shd w:val="clear" w:color="auto" w:fill="9CC2E5"/>
            <w:vAlign w:val="center"/>
          </w:tcPr>
          <w:p w14:paraId="57C8CEF8" w14:textId="77777777" w:rsidR="00890BA1" w:rsidRPr="00D058A2" w:rsidRDefault="00890BA1" w:rsidP="007D37C9">
            <w:pPr>
              <w:pStyle w:val="Subttulo"/>
              <w:jc w:val="center"/>
              <w:rPr>
                <w:b/>
                <w:bCs/>
              </w:rPr>
            </w:pPr>
            <w:r w:rsidRPr="00D058A2">
              <w:rPr>
                <w:b/>
                <w:bCs/>
              </w:rPr>
              <w:t>TÍTULO PRODUÇÃO</w:t>
            </w:r>
          </w:p>
        </w:tc>
        <w:tc>
          <w:tcPr>
            <w:tcW w:w="4076" w:type="dxa"/>
            <w:shd w:val="clear" w:color="auto" w:fill="9CC2E5"/>
          </w:tcPr>
          <w:p w14:paraId="4DB8EFF6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</w:rPr>
            </w:pPr>
            <w:r w:rsidRPr="00ED2904">
              <w:rPr>
                <w:b/>
                <w:bCs/>
              </w:rPr>
              <w:t>LINK DA REVISTA OU DO EVENTO</w:t>
            </w:r>
          </w:p>
        </w:tc>
      </w:tr>
      <w:tr w:rsidR="00890BA1" w:rsidRPr="00ED2904" w14:paraId="066C11C4" w14:textId="77777777" w:rsidTr="007D37C9">
        <w:tc>
          <w:tcPr>
            <w:tcW w:w="473" w:type="dxa"/>
          </w:tcPr>
          <w:p w14:paraId="3E0BB862" w14:textId="77777777" w:rsidR="00890BA1" w:rsidRPr="00ED2904" w:rsidRDefault="00890BA1" w:rsidP="007D37C9">
            <w:pPr>
              <w:pStyle w:val="Subttulo"/>
              <w:jc w:val="center"/>
            </w:pPr>
            <w:r w:rsidRPr="00ED2904">
              <w:t>1</w:t>
            </w:r>
          </w:p>
        </w:tc>
        <w:tc>
          <w:tcPr>
            <w:tcW w:w="5022" w:type="dxa"/>
          </w:tcPr>
          <w:p w14:paraId="62AD50E1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4076" w:type="dxa"/>
          </w:tcPr>
          <w:p w14:paraId="2E04BA4E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</w:p>
        </w:tc>
      </w:tr>
      <w:tr w:rsidR="00890BA1" w:rsidRPr="00ED2904" w14:paraId="18BE39E4" w14:textId="77777777" w:rsidTr="007D37C9">
        <w:tc>
          <w:tcPr>
            <w:tcW w:w="473" w:type="dxa"/>
          </w:tcPr>
          <w:p w14:paraId="7AF22DFE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5022" w:type="dxa"/>
          </w:tcPr>
          <w:p w14:paraId="37DB6668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4076" w:type="dxa"/>
          </w:tcPr>
          <w:p w14:paraId="76F46471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</w:p>
        </w:tc>
      </w:tr>
      <w:tr w:rsidR="00890BA1" w:rsidRPr="00ED2904" w14:paraId="4B67D50C" w14:textId="77777777" w:rsidTr="007D37C9">
        <w:tc>
          <w:tcPr>
            <w:tcW w:w="473" w:type="dxa"/>
          </w:tcPr>
          <w:p w14:paraId="54BF969A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5022" w:type="dxa"/>
          </w:tcPr>
          <w:p w14:paraId="55016351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4076" w:type="dxa"/>
          </w:tcPr>
          <w:p w14:paraId="314BFE4E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</w:p>
        </w:tc>
      </w:tr>
      <w:tr w:rsidR="00890BA1" w:rsidRPr="00ED2904" w14:paraId="77CE0D6B" w14:textId="77777777" w:rsidTr="007D37C9">
        <w:tc>
          <w:tcPr>
            <w:tcW w:w="473" w:type="dxa"/>
          </w:tcPr>
          <w:p w14:paraId="6964F79C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5022" w:type="dxa"/>
          </w:tcPr>
          <w:p w14:paraId="617C1C19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4076" w:type="dxa"/>
          </w:tcPr>
          <w:p w14:paraId="714ED1A8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</w:p>
        </w:tc>
      </w:tr>
      <w:tr w:rsidR="00890BA1" w:rsidRPr="00ED2904" w14:paraId="627C6B79" w14:textId="77777777" w:rsidTr="007D37C9">
        <w:tc>
          <w:tcPr>
            <w:tcW w:w="473" w:type="dxa"/>
          </w:tcPr>
          <w:p w14:paraId="36E5B796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5022" w:type="dxa"/>
          </w:tcPr>
          <w:p w14:paraId="25C0B6C2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4076" w:type="dxa"/>
          </w:tcPr>
          <w:p w14:paraId="6D2FEBF8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</w:p>
        </w:tc>
      </w:tr>
      <w:tr w:rsidR="00890BA1" w:rsidRPr="00ED2904" w14:paraId="47FB7516" w14:textId="77777777" w:rsidTr="007D37C9">
        <w:tc>
          <w:tcPr>
            <w:tcW w:w="473" w:type="dxa"/>
          </w:tcPr>
          <w:p w14:paraId="5A33EDD4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5022" w:type="dxa"/>
          </w:tcPr>
          <w:p w14:paraId="1537B4EF" w14:textId="77777777" w:rsidR="00890BA1" w:rsidRPr="00ED2904" w:rsidRDefault="00890BA1" w:rsidP="007D37C9">
            <w:pPr>
              <w:pStyle w:val="Subttulo"/>
              <w:jc w:val="center"/>
            </w:pPr>
          </w:p>
        </w:tc>
        <w:tc>
          <w:tcPr>
            <w:tcW w:w="4076" w:type="dxa"/>
          </w:tcPr>
          <w:p w14:paraId="15250347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</w:p>
        </w:tc>
      </w:tr>
    </w:tbl>
    <w:p w14:paraId="14C7B2F9" w14:textId="77777777" w:rsidR="00890BA1" w:rsidRPr="00ED2904" w:rsidRDefault="00890BA1" w:rsidP="00890BA1">
      <w:pPr>
        <w:pStyle w:val="Subttulo"/>
        <w:jc w:val="center"/>
      </w:pPr>
    </w:p>
    <w:p w14:paraId="4C29B619" w14:textId="77777777" w:rsidR="00890BA1" w:rsidRDefault="00890BA1" w:rsidP="00890BA1">
      <w:pPr>
        <w:pStyle w:val="Subttulo"/>
        <w:jc w:val="both"/>
        <w:rPr>
          <w:sz w:val="28"/>
        </w:rPr>
      </w:pPr>
      <w:r w:rsidRPr="00ED2904">
        <w:rPr>
          <w:sz w:val="28"/>
        </w:rPr>
        <w:t>Após preencher o quadro, anexe o artigo completo seguindo a numeração preenchida no quadro.</w:t>
      </w:r>
    </w:p>
    <w:p w14:paraId="0A2E6622" w14:textId="77777777" w:rsidR="00890BA1" w:rsidRDefault="00890BA1" w:rsidP="00890BA1"/>
    <w:p w14:paraId="6FA69E7E" w14:textId="77777777" w:rsidR="00890BA1" w:rsidRDefault="00890BA1" w:rsidP="00890BA1"/>
    <w:p w14:paraId="3FD31180" w14:textId="77777777" w:rsidR="00890BA1" w:rsidRDefault="00890BA1" w:rsidP="00890BA1"/>
    <w:p w14:paraId="530A609E" w14:textId="77777777" w:rsidR="00890BA1" w:rsidRDefault="00890BA1" w:rsidP="00890BA1"/>
    <w:p w14:paraId="606A3552" w14:textId="77777777" w:rsidR="00890BA1" w:rsidRDefault="00890BA1" w:rsidP="00890BA1"/>
    <w:p w14:paraId="5872C9D6" w14:textId="77777777" w:rsidR="00890BA1" w:rsidRDefault="00890BA1" w:rsidP="00890BA1"/>
    <w:p w14:paraId="4F849726" w14:textId="77777777" w:rsidR="00890BA1" w:rsidRDefault="00890BA1" w:rsidP="00890BA1"/>
    <w:p w14:paraId="30249691" w14:textId="77777777" w:rsidR="00890BA1" w:rsidRDefault="00890BA1" w:rsidP="00890BA1"/>
    <w:p w14:paraId="516B0BC6" w14:textId="77777777" w:rsidR="00890BA1" w:rsidRPr="00890BA1" w:rsidRDefault="00890BA1" w:rsidP="00890BA1"/>
    <w:p w14:paraId="773BCD66" w14:textId="77777777" w:rsidR="00890BA1" w:rsidRPr="00ED2904" w:rsidRDefault="00890BA1" w:rsidP="00890BA1">
      <w:pPr>
        <w:rPr>
          <w:rFonts w:ascii="Times New Roman" w:hAnsi="Times New Roman"/>
        </w:rPr>
      </w:pPr>
    </w:p>
    <w:p w14:paraId="4C43A69C" w14:textId="77777777" w:rsidR="00890BA1" w:rsidRDefault="00890BA1" w:rsidP="00890BA1">
      <w:pPr>
        <w:pStyle w:val="Ttulo1"/>
        <w:rPr>
          <w:rFonts w:ascii="Times New Roman" w:hAnsi="Times New Roman" w:cs="Times New Roman"/>
        </w:rPr>
      </w:pPr>
      <w:bookmarkStart w:id="3" w:name="_Toc146700234"/>
      <w:r w:rsidRPr="00ED2904">
        <w:rPr>
          <w:rFonts w:ascii="Times New Roman" w:hAnsi="Times New Roman" w:cs="Times New Roman"/>
        </w:rPr>
        <w:lastRenderedPageBreak/>
        <w:t>4 QUADRO DA PONTUAÇÃO</w:t>
      </w:r>
      <w:bookmarkEnd w:id="3"/>
    </w:p>
    <w:p w14:paraId="5A5B7F85" w14:textId="77777777" w:rsidR="00890BA1" w:rsidRPr="00D058A2" w:rsidRDefault="00890BA1" w:rsidP="00890BA1"/>
    <w:p w14:paraId="0337EAC9" w14:textId="77777777" w:rsidR="00890BA1" w:rsidRPr="00ED2904" w:rsidRDefault="00890BA1" w:rsidP="00890BA1">
      <w:pPr>
        <w:pStyle w:val="Subttulo"/>
        <w:jc w:val="both"/>
        <w:rPr>
          <w:sz w:val="28"/>
        </w:rPr>
      </w:pPr>
      <w:r w:rsidRPr="00ED2904">
        <w:rPr>
          <w:sz w:val="28"/>
        </w:rPr>
        <w:t xml:space="preserve">Completar o quadro com os dados dos títulos e produções. </w:t>
      </w:r>
    </w:p>
    <w:p w14:paraId="1336CFDA" w14:textId="77777777" w:rsidR="00890BA1" w:rsidRPr="00ED2904" w:rsidRDefault="00890BA1" w:rsidP="00890BA1">
      <w:pPr>
        <w:pStyle w:val="Subttulo"/>
      </w:pPr>
    </w:p>
    <w:tbl>
      <w:tblPr>
        <w:tblW w:w="0" w:type="auto"/>
        <w:jc w:val="center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4A0" w:firstRow="1" w:lastRow="0" w:firstColumn="1" w:lastColumn="0" w:noHBand="0" w:noVBand="1"/>
      </w:tblPr>
      <w:tblGrid>
        <w:gridCol w:w="4503"/>
        <w:gridCol w:w="1417"/>
        <w:gridCol w:w="1134"/>
        <w:gridCol w:w="1559"/>
        <w:gridCol w:w="877"/>
      </w:tblGrid>
      <w:tr w:rsidR="00890BA1" w:rsidRPr="00ED2904" w14:paraId="56ABB55A" w14:textId="77777777" w:rsidTr="007D37C9">
        <w:trPr>
          <w:jc w:val="center"/>
        </w:trPr>
        <w:tc>
          <w:tcPr>
            <w:tcW w:w="4503" w:type="dxa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5B9BD5"/>
          </w:tcPr>
          <w:p w14:paraId="38D0A5D4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  <w:r w:rsidRPr="00ED2904">
              <w:rPr>
                <w:b/>
                <w:bCs/>
                <w:sz w:val="22"/>
              </w:rPr>
              <w:t xml:space="preserve">Titulação </w:t>
            </w:r>
          </w:p>
        </w:tc>
        <w:tc>
          <w:tcPr>
            <w:tcW w:w="1417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</w:tcPr>
          <w:p w14:paraId="3776995F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  <w:r w:rsidRPr="00ED2904">
              <w:rPr>
                <w:b/>
                <w:bCs/>
                <w:sz w:val="20"/>
              </w:rPr>
              <w:t>Área</w:t>
            </w:r>
          </w:p>
        </w:tc>
        <w:tc>
          <w:tcPr>
            <w:tcW w:w="1134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</w:tcPr>
          <w:p w14:paraId="5BE6A5CE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  <w:r w:rsidRPr="00ED2904">
              <w:rPr>
                <w:b/>
                <w:bCs/>
                <w:sz w:val="20"/>
              </w:rPr>
              <w:t xml:space="preserve">Carga horária </w:t>
            </w:r>
          </w:p>
        </w:tc>
        <w:tc>
          <w:tcPr>
            <w:tcW w:w="1559" w:type="dxa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</w:tcPr>
          <w:p w14:paraId="3A73B6F0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  <w:r w:rsidRPr="00ED2904">
              <w:rPr>
                <w:b/>
                <w:bCs/>
                <w:sz w:val="20"/>
              </w:rPr>
              <w:t xml:space="preserve">Quantidade </w:t>
            </w:r>
            <w:r w:rsidRPr="00ED2904">
              <w:rPr>
                <w:b/>
                <w:bCs/>
                <w:sz w:val="20"/>
              </w:rPr>
              <w:br/>
              <w:t>Máxima</w:t>
            </w:r>
          </w:p>
        </w:tc>
        <w:tc>
          <w:tcPr>
            <w:tcW w:w="851" w:type="dxa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5B9BD5"/>
          </w:tcPr>
          <w:p w14:paraId="043DECA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</w:rPr>
            </w:pPr>
            <w:r w:rsidRPr="00ED2904">
              <w:rPr>
                <w:b/>
                <w:bCs/>
                <w:sz w:val="20"/>
              </w:rPr>
              <w:t>Pontos</w:t>
            </w:r>
          </w:p>
        </w:tc>
      </w:tr>
      <w:tr w:rsidR="00890BA1" w:rsidRPr="00ED2904" w14:paraId="10525485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9CC2E5"/>
          </w:tcPr>
          <w:p w14:paraId="145927DF" w14:textId="77777777" w:rsidR="00890BA1" w:rsidRPr="00ED2904" w:rsidRDefault="00890BA1" w:rsidP="007D37C9">
            <w:pPr>
              <w:pStyle w:val="Subttulo"/>
              <w:rPr>
                <w:b/>
                <w:bCs/>
                <w:sz w:val="22"/>
              </w:rPr>
            </w:pPr>
            <w:r w:rsidRPr="00ED2904">
              <w:rPr>
                <w:b/>
                <w:bCs/>
                <w:sz w:val="22"/>
              </w:rPr>
              <w:t xml:space="preserve">1 - TITULAÇÃO ACADÊMICA </w:t>
            </w:r>
          </w:p>
        </w:tc>
        <w:tc>
          <w:tcPr>
            <w:tcW w:w="1417" w:type="dxa"/>
            <w:shd w:val="clear" w:color="auto" w:fill="9CC2E5"/>
          </w:tcPr>
          <w:p w14:paraId="3B5B5840" w14:textId="77777777" w:rsidR="00890BA1" w:rsidRPr="00ED2904" w:rsidRDefault="00890BA1" w:rsidP="007D37C9">
            <w:pPr>
              <w:pStyle w:val="Subttulo"/>
              <w:rPr>
                <w:b/>
                <w:sz w:val="22"/>
              </w:rPr>
            </w:pPr>
          </w:p>
        </w:tc>
        <w:tc>
          <w:tcPr>
            <w:tcW w:w="1134" w:type="dxa"/>
            <w:shd w:val="clear" w:color="auto" w:fill="9CC2E5"/>
          </w:tcPr>
          <w:p w14:paraId="3A55589B" w14:textId="77777777" w:rsidR="00890BA1" w:rsidRPr="00ED2904" w:rsidRDefault="00890BA1" w:rsidP="007D37C9">
            <w:pPr>
              <w:pStyle w:val="Subttulo"/>
              <w:rPr>
                <w:b/>
                <w:sz w:val="22"/>
              </w:rPr>
            </w:pPr>
          </w:p>
        </w:tc>
        <w:tc>
          <w:tcPr>
            <w:tcW w:w="1559" w:type="dxa"/>
            <w:shd w:val="clear" w:color="auto" w:fill="9CC2E5"/>
          </w:tcPr>
          <w:p w14:paraId="7735057A" w14:textId="77777777" w:rsidR="00890BA1" w:rsidRPr="00ED2904" w:rsidRDefault="00890BA1" w:rsidP="007D37C9">
            <w:pPr>
              <w:pStyle w:val="Subttulo"/>
              <w:rPr>
                <w:b/>
                <w:sz w:val="22"/>
              </w:rPr>
            </w:pPr>
          </w:p>
        </w:tc>
        <w:tc>
          <w:tcPr>
            <w:tcW w:w="851" w:type="dxa"/>
            <w:shd w:val="clear" w:color="auto" w:fill="9CC2E5"/>
          </w:tcPr>
          <w:p w14:paraId="48200AFD" w14:textId="77777777" w:rsidR="00890BA1" w:rsidRPr="00ED2904" w:rsidRDefault="00890BA1" w:rsidP="007D37C9">
            <w:pPr>
              <w:pStyle w:val="Subttulo"/>
              <w:rPr>
                <w:b/>
                <w:sz w:val="22"/>
              </w:rPr>
            </w:pPr>
          </w:p>
        </w:tc>
      </w:tr>
      <w:tr w:rsidR="00890BA1" w:rsidRPr="00ED2904" w14:paraId="7EA93456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4181262B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Pós-Graduação Lato Sensu </w:t>
            </w:r>
          </w:p>
        </w:tc>
        <w:tc>
          <w:tcPr>
            <w:tcW w:w="1417" w:type="dxa"/>
            <w:shd w:val="clear" w:color="auto" w:fill="FFFFFF"/>
          </w:tcPr>
          <w:p w14:paraId="12A20DC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6DF729B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3E082194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58FD0B59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224DD981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3C49D3BC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Pós-Graduação Lato Sensu </w:t>
            </w:r>
          </w:p>
        </w:tc>
        <w:tc>
          <w:tcPr>
            <w:tcW w:w="1417" w:type="dxa"/>
            <w:shd w:val="clear" w:color="auto" w:fill="FFFFFF"/>
          </w:tcPr>
          <w:p w14:paraId="774C9CF3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Demais Áreas</w:t>
            </w:r>
          </w:p>
        </w:tc>
        <w:tc>
          <w:tcPr>
            <w:tcW w:w="1134" w:type="dxa"/>
            <w:shd w:val="clear" w:color="auto" w:fill="FFFFFF"/>
          </w:tcPr>
          <w:p w14:paraId="512E0552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6D8EFC1E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16B093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78C6B9C4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1F9DDEC4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Graduação Licenciatura</w:t>
            </w:r>
          </w:p>
        </w:tc>
        <w:tc>
          <w:tcPr>
            <w:tcW w:w="1417" w:type="dxa"/>
            <w:shd w:val="clear" w:color="auto" w:fill="FFFFFF"/>
          </w:tcPr>
          <w:p w14:paraId="0677C1D3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3B536D1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0A8D7A28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7093FFBC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3227096F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7AD198BF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Graduação Bacharel ou Tecnólogo</w:t>
            </w:r>
          </w:p>
        </w:tc>
        <w:tc>
          <w:tcPr>
            <w:tcW w:w="1417" w:type="dxa"/>
            <w:shd w:val="clear" w:color="auto" w:fill="FFFFFF"/>
          </w:tcPr>
          <w:p w14:paraId="55DDE407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C81B822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5781D727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B27D51A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2A1A5015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1EA1A9A3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Programas Institucionais </w:t>
            </w:r>
            <w:r w:rsidRPr="00ED2904">
              <w:rPr>
                <w:sz w:val="16"/>
                <w:szCs w:val="16"/>
              </w:rPr>
              <w:t>(PIBID, PIBIC, PRP, PICT-EAD)</w:t>
            </w:r>
          </w:p>
        </w:tc>
        <w:tc>
          <w:tcPr>
            <w:tcW w:w="1417" w:type="dxa"/>
            <w:shd w:val="clear" w:color="auto" w:fill="FFFFFF"/>
          </w:tcPr>
          <w:p w14:paraId="3AF5A28A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7C69572E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704271C0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012BE4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06C318CE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9CC2E5"/>
          </w:tcPr>
          <w:p w14:paraId="4E7F0880" w14:textId="77777777" w:rsidR="00890BA1" w:rsidRPr="00ED2904" w:rsidRDefault="00890BA1" w:rsidP="007D37C9">
            <w:pPr>
              <w:pStyle w:val="Subttulo"/>
              <w:rPr>
                <w:bCs/>
                <w:sz w:val="22"/>
              </w:rPr>
            </w:pPr>
            <w:r w:rsidRPr="00ED2904">
              <w:rPr>
                <w:b/>
                <w:bCs/>
                <w:sz w:val="22"/>
              </w:rPr>
              <w:t xml:space="preserve">2 - ATUAÇÃO PROFISSIONAL </w:t>
            </w:r>
          </w:p>
        </w:tc>
        <w:tc>
          <w:tcPr>
            <w:tcW w:w="1417" w:type="dxa"/>
            <w:shd w:val="clear" w:color="auto" w:fill="9CC2E5"/>
          </w:tcPr>
          <w:p w14:paraId="7A75EC4A" w14:textId="77777777" w:rsidR="00890BA1" w:rsidRPr="00ED2904" w:rsidRDefault="00890BA1" w:rsidP="007D37C9">
            <w:pPr>
              <w:pStyle w:val="Subttulo"/>
              <w:rPr>
                <w:sz w:val="22"/>
              </w:rPr>
            </w:pPr>
          </w:p>
        </w:tc>
        <w:tc>
          <w:tcPr>
            <w:tcW w:w="1134" w:type="dxa"/>
            <w:shd w:val="clear" w:color="auto" w:fill="9CC2E5"/>
          </w:tcPr>
          <w:p w14:paraId="18F6D243" w14:textId="77777777" w:rsidR="00890BA1" w:rsidRPr="00ED2904" w:rsidRDefault="00890BA1" w:rsidP="007D37C9">
            <w:pPr>
              <w:pStyle w:val="Subttulo"/>
              <w:rPr>
                <w:sz w:val="22"/>
              </w:rPr>
            </w:pPr>
          </w:p>
        </w:tc>
        <w:tc>
          <w:tcPr>
            <w:tcW w:w="1559" w:type="dxa"/>
            <w:shd w:val="clear" w:color="auto" w:fill="9CC2E5"/>
          </w:tcPr>
          <w:p w14:paraId="4FED2616" w14:textId="77777777" w:rsidR="00890BA1" w:rsidRPr="00ED2904" w:rsidRDefault="00890BA1" w:rsidP="007D37C9">
            <w:pPr>
              <w:pStyle w:val="Subttulo"/>
              <w:rPr>
                <w:sz w:val="22"/>
              </w:rPr>
            </w:pPr>
          </w:p>
        </w:tc>
        <w:tc>
          <w:tcPr>
            <w:tcW w:w="851" w:type="dxa"/>
            <w:shd w:val="clear" w:color="auto" w:fill="9CC2E5"/>
          </w:tcPr>
          <w:p w14:paraId="57DAFA59" w14:textId="77777777" w:rsidR="00890BA1" w:rsidRPr="00ED2904" w:rsidRDefault="00890BA1" w:rsidP="007D37C9">
            <w:pPr>
              <w:pStyle w:val="Subttulo"/>
              <w:rPr>
                <w:sz w:val="22"/>
              </w:rPr>
            </w:pPr>
          </w:p>
        </w:tc>
      </w:tr>
      <w:tr w:rsidR="00890BA1" w:rsidRPr="00ED2904" w14:paraId="29F8AD31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059B3C9B" w14:textId="77777777" w:rsidR="00890BA1" w:rsidRPr="00ED2904" w:rsidRDefault="00890BA1" w:rsidP="007D37C9">
            <w:pPr>
              <w:pStyle w:val="Subttulo"/>
              <w:rPr>
                <w:sz w:val="22"/>
              </w:rPr>
            </w:pPr>
            <w:r w:rsidRPr="00ED2904">
              <w:rPr>
                <w:sz w:val="20"/>
              </w:rPr>
              <w:t>Educação Básica (gestão ou docência)</w:t>
            </w:r>
          </w:p>
        </w:tc>
        <w:tc>
          <w:tcPr>
            <w:tcW w:w="1417" w:type="dxa"/>
            <w:shd w:val="clear" w:color="auto" w:fill="FFFFFF"/>
          </w:tcPr>
          <w:p w14:paraId="2F70A867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0FF943B3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68A6DA0E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408357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4A089FDA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4418EDCB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Ensino Superior – Docência </w:t>
            </w:r>
          </w:p>
        </w:tc>
        <w:tc>
          <w:tcPr>
            <w:tcW w:w="1417" w:type="dxa"/>
            <w:shd w:val="clear" w:color="auto" w:fill="FFFFFF"/>
          </w:tcPr>
          <w:p w14:paraId="0B67590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6CFBBBD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3A61F2BD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5AAA158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3709BDE8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47E956CC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Ensino Superior – Coordenação de cursos</w:t>
            </w:r>
          </w:p>
        </w:tc>
        <w:tc>
          <w:tcPr>
            <w:tcW w:w="1417" w:type="dxa"/>
            <w:shd w:val="clear" w:color="auto" w:fill="FFFFFF"/>
          </w:tcPr>
          <w:p w14:paraId="5DB3997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E133D6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532763B8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92978BD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42CD2B27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0BC73F8E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Pós-Graduação Lato Sensu – Docência </w:t>
            </w:r>
          </w:p>
        </w:tc>
        <w:tc>
          <w:tcPr>
            <w:tcW w:w="1417" w:type="dxa"/>
            <w:shd w:val="clear" w:color="auto" w:fill="FFFFFF"/>
          </w:tcPr>
          <w:p w14:paraId="75DDEEFE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E268041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061332B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98DDFBD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334122CA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53FD5AAC" w14:textId="77777777" w:rsidR="00890BA1" w:rsidRPr="00ED2904" w:rsidRDefault="00890BA1" w:rsidP="007D37C9">
            <w:pPr>
              <w:pStyle w:val="Subttulo"/>
              <w:jc w:val="both"/>
              <w:rPr>
                <w:sz w:val="20"/>
              </w:rPr>
            </w:pPr>
            <w:r w:rsidRPr="00ED2904">
              <w:rPr>
                <w:sz w:val="20"/>
              </w:rPr>
              <w:t xml:space="preserve">Orientação </w:t>
            </w:r>
            <w:r w:rsidRPr="00ED2904">
              <w:rPr>
                <w:b/>
                <w:bCs/>
                <w:sz w:val="18"/>
                <w:szCs w:val="18"/>
              </w:rPr>
              <w:t>(</w:t>
            </w:r>
            <w:r w:rsidRPr="00ED2904">
              <w:rPr>
                <w:sz w:val="18"/>
                <w:szCs w:val="18"/>
              </w:rPr>
              <w:t>TCC, monografia, estágio supervisionado, iniciação científica, extensão, monitoria e equivalentes</w:t>
            </w:r>
            <w:r w:rsidRPr="00ED2904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FFFFFF"/>
          </w:tcPr>
          <w:p w14:paraId="398C5AB7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880FD57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6783CAC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607C5EE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</w:tr>
      <w:tr w:rsidR="00890BA1" w:rsidRPr="00ED2904" w14:paraId="0F9D93A7" w14:textId="77777777" w:rsidTr="007D37C9">
        <w:trPr>
          <w:trHeight w:val="340"/>
          <w:jc w:val="center"/>
        </w:trPr>
        <w:tc>
          <w:tcPr>
            <w:tcW w:w="9464" w:type="dxa"/>
            <w:gridSpan w:val="5"/>
            <w:shd w:val="clear" w:color="auto" w:fill="9CC2E5"/>
          </w:tcPr>
          <w:p w14:paraId="64E0655D" w14:textId="77777777" w:rsidR="00890BA1" w:rsidRPr="00ED2904" w:rsidRDefault="00890BA1" w:rsidP="007D37C9">
            <w:pPr>
              <w:pStyle w:val="Subttulo"/>
              <w:rPr>
                <w:b/>
                <w:bCs/>
                <w:sz w:val="22"/>
              </w:rPr>
            </w:pPr>
            <w:r w:rsidRPr="00ED2904">
              <w:rPr>
                <w:bCs/>
                <w:sz w:val="22"/>
              </w:rPr>
              <w:t>3 - PRODUÇÃO CIENTÍFICA E TÉCNICA (ÚLTIMOS 5 ANOS)</w:t>
            </w:r>
          </w:p>
        </w:tc>
      </w:tr>
      <w:tr w:rsidR="00890BA1" w:rsidRPr="00ED2904" w14:paraId="7008B575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2B36329B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Artigo em Periódico A1, A2</w:t>
            </w:r>
          </w:p>
        </w:tc>
        <w:tc>
          <w:tcPr>
            <w:tcW w:w="1417" w:type="dxa"/>
            <w:shd w:val="clear" w:color="auto" w:fill="FFFFFF"/>
          </w:tcPr>
          <w:p w14:paraId="59401BF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0B7E4474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0614C89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665F45E1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3D58DE4E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192638DA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Artigo em Periódico A1, A2</w:t>
            </w:r>
          </w:p>
        </w:tc>
        <w:tc>
          <w:tcPr>
            <w:tcW w:w="1417" w:type="dxa"/>
            <w:shd w:val="clear" w:color="auto" w:fill="FFFFFF"/>
          </w:tcPr>
          <w:p w14:paraId="6A5FB3AC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Demais áreas</w:t>
            </w:r>
          </w:p>
        </w:tc>
        <w:tc>
          <w:tcPr>
            <w:tcW w:w="1134" w:type="dxa"/>
            <w:shd w:val="clear" w:color="auto" w:fill="FFFFFF"/>
          </w:tcPr>
          <w:p w14:paraId="747CBB54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702B6A4B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4C99A4EC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6A40CC80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155537BF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Artigo em Periódico B1, B2</w:t>
            </w:r>
          </w:p>
        </w:tc>
        <w:tc>
          <w:tcPr>
            <w:tcW w:w="1417" w:type="dxa"/>
            <w:shd w:val="clear" w:color="auto" w:fill="FFFFFF"/>
          </w:tcPr>
          <w:p w14:paraId="014852F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4EA3602A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6CACF8F5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42D7C22B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7C82D64A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52F24562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Artigo em Periódico B1, B2</w:t>
            </w:r>
          </w:p>
        </w:tc>
        <w:tc>
          <w:tcPr>
            <w:tcW w:w="1417" w:type="dxa"/>
            <w:shd w:val="clear" w:color="auto" w:fill="FFFFFF"/>
          </w:tcPr>
          <w:p w14:paraId="335C963F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Demais áreas</w:t>
            </w:r>
          </w:p>
        </w:tc>
        <w:tc>
          <w:tcPr>
            <w:tcW w:w="1134" w:type="dxa"/>
            <w:shd w:val="clear" w:color="auto" w:fill="FFFFFF"/>
          </w:tcPr>
          <w:p w14:paraId="01FCB9F8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577712B8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0E15FC75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5B9A947F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4263C128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Artigo em Periódico B3, B4, C</w:t>
            </w:r>
          </w:p>
        </w:tc>
        <w:tc>
          <w:tcPr>
            <w:tcW w:w="1417" w:type="dxa"/>
            <w:shd w:val="clear" w:color="auto" w:fill="FFFFFF"/>
          </w:tcPr>
          <w:p w14:paraId="07F5E125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7ECAF219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4AB6A8FC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5C7DA7C8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24BDE911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543FBB1B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Artigo em Periódico B3, B4, C</w:t>
            </w:r>
          </w:p>
        </w:tc>
        <w:tc>
          <w:tcPr>
            <w:tcW w:w="1417" w:type="dxa"/>
            <w:shd w:val="clear" w:color="auto" w:fill="FFFFFF"/>
          </w:tcPr>
          <w:p w14:paraId="2BF9D50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Demais áreas</w:t>
            </w:r>
          </w:p>
        </w:tc>
        <w:tc>
          <w:tcPr>
            <w:tcW w:w="1134" w:type="dxa"/>
            <w:shd w:val="clear" w:color="auto" w:fill="FFFFFF"/>
          </w:tcPr>
          <w:p w14:paraId="2A6E1555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5C3522A9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7D7FA3DA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3B85D1F4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24A30938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Livro </w:t>
            </w:r>
          </w:p>
        </w:tc>
        <w:tc>
          <w:tcPr>
            <w:tcW w:w="1417" w:type="dxa"/>
            <w:shd w:val="clear" w:color="auto" w:fill="FFFFFF"/>
          </w:tcPr>
          <w:p w14:paraId="1DA56D3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6E5C39A3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631C0DCF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464AB81C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402ED751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17D457EF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Livro </w:t>
            </w:r>
          </w:p>
        </w:tc>
        <w:tc>
          <w:tcPr>
            <w:tcW w:w="1417" w:type="dxa"/>
            <w:shd w:val="clear" w:color="auto" w:fill="FFFFFF"/>
          </w:tcPr>
          <w:p w14:paraId="483E1A94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Demais áreas</w:t>
            </w:r>
          </w:p>
        </w:tc>
        <w:tc>
          <w:tcPr>
            <w:tcW w:w="1134" w:type="dxa"/>
            <w:shd w:val="clear" w:color="auto" w:fill="FFFFFF"/>
          </w:tcPr>
          <w:p w14:paraId="118E86CC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23D5EA39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60874354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70E9511B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6007042F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Capítulo de livro </w:t>
            </w:r>
          </w:p>
        </w:tc>
        <w:tc>
          <w:tcPr>
            <w:tcW w:w="1417" w:type="dxa"/>
            <w:shd w:val="clear" w:color="auto" w:fill="FFFFFF"/>
          </w:tcPr>
          <w:p w14:paraId="08385D0A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Ensino</w:t>
            </w:r>
          </w:p>
        </w:tc>
        <w:tc>
          <w:tcPr>
            <w:tcW w:w="1134" w:type="dxa"/>
            <w:shd w:val="clear" w:color="auto" w:fill="FFFFFF"/>
          </w:tcPr>
          <w:p w14:paraId="7555F390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7D6DDE95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7B01035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7F3CBA73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41D95D70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 xml:space="preserve">Capítulo de livro </w:t>
            </w:r>
          </w:p>
        </w:tc>
        <w:tc>
          <w:tcPr>
            <w:tcW w:w="1417" w:type="dxa"/>
            <w:shd w:val="clear" w:color="auto" w:fill="FFFFFF"/>
          </w:tcPr>
          <w:p w14:paraId="4AE2696E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  <w:r w:rsidRPr="00ED2904">
              <w:rPr>
                <w:sz w:val="20"/>
              </w:rPr>
              <w:t>Demais áreas</w:t>
            </w:r>
          </w:p>
        </w:tc>
        <w:tc>
          <w:tcPr>
            <w:tcW w:w="1134" w:type="dxa"/>
            <w:shd w:val="clear" w:color="auto" w:fill="FFFFFF"/>
          </w:tcPr>
          <w:p w14:paraId="6AF36F55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18030FEF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488707A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3D5A261C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57C9BD7F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Trabalhos completos publicados em Anais de Congresso, Simpósios, Seminários e similares</w:t>
            </w:r>
          </w:p>
        </w:tc>
        <w:tc>
          <w:tcPr>
            <w:tcW w:w="1417" w:type="dxa"/>
            <w:shd w:val="clear" w:color="auto" w:fill="FFFFFF"/>
          </w:tcPr>
          <w:p w14:paraId="71778461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11E75E0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589CD6EF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13EE706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5119CC6E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4674D717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lastRenderedPageBreak/>
              <w:t>Trabalho apresentado em Congresso, Simpósios, Seminários e similares</w:t>
            </w:r>
          </w:p>
        </w:tc>
        <w:tc>
          <w:tcPr>
            <w:tcW w:w="1417" w:type="dxa"/>
            <w:shd w:val="clear" w:color="auto" w:fill="FFFFFF"/>
          </w:tcPr>
          <w:p w14:paraId="0B6C5BCF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70ACE7E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54A09DC0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30D0B0C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2F413B6A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65C47C83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Resumo em Anais de Congresso, Simpósios, Seminários e similares</w:t>
            </w:r>
          </w:p>
        </w:tc>
        <w:tc>
          <w:tcPr>
            <w:tcW w:w="1417" w:type="dxa"/>
            <w:shd w:val="clear" w:color="auto" w:fill="FFFFFF"/>
          </w:tcPr>
          <w:p w14:paraId="3DE9A4A7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75E663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0B83699A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4B76FFD4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22159398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74910B59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Participação em grupo de pesquisa</w:t>
            </w:r>
          </w:p>
        </w:tc>
        <w:tc>
          <w:tcPr>
            <w:tcW w:w="1417" w:type="dxa"/>
            <w:shd w:val="clear" w:color="auto" w:fill="FFFFFF"/>
          </w:tcPr>
          <w:p w14:paraId="7B6D5E39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2DC4AB84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6CF4B5B3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02EB9090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1C27C99B" w14:textId="77777777" w:rsidTr="007D37C9">
        <w:trPr>
          <w:trHeight w:val="340"/>
          <w:jc w:val="center"/>
        </w:trPr>
        <w:tc>
          <w:tcPr>
            <w:tcW w:w="9464" w:type="dxa"/>
            <w:gridSpan w:val="5"/>
            <w:shd w:val="clear" w:color="auto" w:fill="FFFFFF"/>
          </w:tcPr>
          <w:p w14:paraId="30CBF94D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  <w:r w:rsidRPr="00ED2904">
              <w:rPr>
                <w:b/>
                <w:bCs/>
                <w:sz w:val="20"/>
              </w:rPr>
              <w:t>Inserir link do CNPQ</w:t>
            </w:r>
          </w:p>
        </w:tc>
      </w:tr>
      <w:tr w:rsidR="00890BA1" w:rsidRPr="00ED2904" w14:paraId="167BD535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3D6DEF7D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Participação em projetos de pesquisa</w:t>
            </w:r>
          </w:p>
        </w:tc>
        <w:tc>
          <w:tcPr>
            <w:tcW w:w="1417" w:type="dxa"/>
            <w:shd w:val="clear" w:color="auto" w:fill="FFFFFF"/>
          </w:tcPr>
          <w:p w14:paraId="3D896062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5A435E80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658D389A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75C15F8F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2C689D78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27AF073B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  <w:r w:rsidRPr="00ED2904">
              <w:rPr>
                <w:sz w:val="20"/>
              </w:rPr>
              <w:t>Produção Técnica</w:t>
            </w:r>
          </w:p>
        </w:tc>
        <w:tc>
          <w:tcPr>
            <w:tcW w:w="1417" w:type="dxa"/>
            <w:shd w:val="clear" w:color="auto" w:fill="FFFFFF"/>
          </w:tcPr>
          <w:p w14:paraId="00B52606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0806183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1829B450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12F71836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648B8BF5" w14:textId="77777777" w:rsidTr="007D37C9">
        <w:trPr>
          <w:trHeight w:val="340"/>
          <w:jc w:val="center"/>
        </w:trPr>
        <w:tc>
          <w:tcPr>
            <w:tcW w:w="4503" w:type="dxa"/>
            <w:shd w:val="clear" w:color="auto" w:fill="FFFFFF"/>
          </w:tcPr>
          <w:p w14:paraId="446DD3DE" w14:textId="77777777" w:rsidR="00890BA1" w:rsidRPr="00ED2904" w:rsidRDefault="00890BA1" w:rsidP="007D37C9">
            <w:pPr>
              <w:pStyle w:val="Subttulo"/>
              <w:rPr>
                <w:sz w:val="20"/>
              </w:rPr>
            </w:pPr>
          </w:p>
        </w:tc>
        <w:tc>
          <w:tcPr>
            <w:tcW w:w="1417" w:type="dxa"/>
            <w:shd w:val="clear" w:color="auto" w:fill="FFFFFF"/>
          </w:tcPr>
          <w:p w14:paraId="4465CC3B" w14:textId="77777777" w:rsidR="00890BA1" w:rsidRPr="00ED2904" w:rsidRDefault="00890BA1" w:rsidP="007D37C9">
            <w:pPr>
              <w:pStyle w:val="Subttulo"/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058D272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1559" w:type="dxa"/>
            <w:shd w:val="clear" w:color="auto" w:fill="FFFFFF"/>
          </w:tcPr>
          <w:p w14:paraId="3A8E1F2E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  <w:tc>
          <w:tcPr>
            <w:tcW w:w="851" w:type="dxa"/>
            <w:shd w:val="clear" w:color="auto" w:fill="FFFFFF"/>
          </w:tcPr>
          <w:p w14:paraId="794EF14A" w14:textId="77777777" w:rsidR="00890BA1" w:rsidRPr="00ED2904" w:rsidRDefault="00890BA1" w:rsidP="007D37C9">
            <w:pPr>
              <w:pStyle w:val="Subttulo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  <w:tr w:rsidR="00890BA1" w:rsidRPr="00ED2904" w14:paraId="738428A0" w14:textId="77777777" w:rsidTr="007D37C9">
        <w:trPr>
          <w:trHeight w:val="340"/>
          <w:jc w:val="center"/>
        </w:trPr>
        <w:tc>
          <w:tcPr>
            <w:tcW w:w="8613" w:type="dxa"/>
            <w:gridSpan w:val="4"/>
            <w:shd w:val="clear" w:color="auto" w:fill="FFFFFF"/>
          </w:tcPr>
          <w:p w14:paraId="58851B61" w14:textId="77777777" w:rsidR="00890BA1" w:rsidRPr="00ED2904" w:rsidRDefault="00890BA1" w:rsidP="007D37C9">
            <w:pPr>
              <w:pStyle w:val="Subttulo"/>
              <w:shd w:val="clear" w:color="auto" w:fill="9CC2E5"/>
              <w:rPr>
                <w:b/>
                <w:bCs/>
                <w:sz w:val="20"/>
                <w:highlight w:val="cyan"/>
              </w:rPr>
            </w:pPr>
            <w:r w:rsidRPr="00ED2904">
              <w:rPr>
                <w:b/>
                <w:bCs/>
                <w:sz w:val="20"/>
              </w:rPr>
              <w:t>TOTAL</w:t>
            </w:r>
          </w:p>
        </w:tc>
        <w:tc>
          <w:tcPr>
            <w:tcW w:w="851" w:type="dxa"/>
            <w:shd w:val="clear" w:color="auto" w:fill="FFFFFF"/>
          </w:tcPr>
          <w:p w14:paraId="05784F3A" w14:textId="77777777" w:rsidR="00890BA1" w:rsidRPr="00ED2904" w:rsidRDefault="00890BA1" w:rsidP="007D37C9">
            <w:pPr>
              <w:pStyle w:val="Subttulo"/>
              <w:shd w:val="clear" w:color="auto" w:fill="9CC2E5"/>
              <w:jc w:val="center"/>
              <w:rPr>
                <w:b/>
                <w:bCs/>
                <w:sz w:val="20"/>
                <w:highlight w:val="cyan"/>
              </w:rPr>
            </w:pPr>
          </w:p>
        </w:tc>
      </w:tr>
    </w:tbl>
    <w:p w14:paraId="30178A0C" w14:textId="77777777" w:rsidR="00890BA1" w:rsidRPr="00ED2904" w:rsidRDefault="00890BA1" w:rsidP="00890BA1">
      <w:pPr>
        <w:pStyle w:val="Subttulo"/>
      </w:pPr>
    </w:p>
    <w:p w14:paraId="2604C653" w14:textId="41C31EDA" w:rsidR="001F7820" w:rsidRPr="00B65D1C" w:rsidRDefault="001F7820" w:rsidP="00B65D1C">
      <w:pPr>
        <w:spacing w:after="200" w:line="276" w:lineRule="auto"/>
        <w:jc w:val="both"/>
      </w:pPr>
    </w:p>
    <w:sectPr w:rsidR="001F7820" w:rsidRPr="00B65D1C" w:rsidSect="00ED601C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1418" w:right="1361" w:bottom="1020" w:left="1361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1BCE" w14:textId="77777777" w:rsidR="006E622F" w:rsidRPr="009D2412" w:rsidRDefault="006E622F">
      <w:pPr>
        <w:spacing w:after="0" w:line="240" w:lineRule="auto"/>
      </w:pPr>
      <w:r w:rsidRPr="009D2412">
        <w:separator/>
      </w:r>
    </w:p>
  </w:endnote>
  <w:endnote w:type="continuationSeparator" w:id="0">
    <w:p w14:paraId="15EF2923" w14:textId="77777777" w:rsidR="006E622F" w:rsidRPr="009D2412" w:rsidRDefault="006E622F">
      <w:pPr>
        <w:spacing w:after="0" w:line="240" w:lineRule="auto"/>
      </w:pPr>
      <w:r w:rsidRPr="009D24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8AF7" w14:textId="06DF557C" w:rsidR="00FC4885" w:rsidRPr="009D2412" w:rsidRDefault="00713E9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1314" behindDoc="0" locked="0" layoutInCell="1" allowOverlap="1" wp14:anchorId="40DF3D01" wp14:editId="0A3AD6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69925" cy="357505"/>
              <wp:effectExtent l="0" t="0" r="15875" b="0"/>
              <wp:wrapNone/>
              <wp:docPr id="466376628" name="Caixa de Texto 6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9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31A0A9" w14:textId="4DED2FF0" w:rsidR="00713E97" w:rsidRPr="00713E97" w:rsidRDefault="00713E97" w:rsidP="00713E97">
                          <w:pPr>
                            <w:spacing w:after="0"/>
                            <w:rPr>
                              <w:rFonts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713E97">
                            <w:rPr>
                              <w:rFonts w:cs="Aptos"/>
                              <w:noProof/>
                              <w:color w:val="00000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F3D01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Público" style="position:absolute;margin-left:0;margin-top:0;width:52.75pt;height:28.15pt;z-index:25166131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1F31A0A9" w14:textId="4DED2FF0" w:rsidR="00713E97" w:rsidRPr="00713E97" w:rsidRDefault="00713E97" w:rsidP="00713E97">
                    <w:pPr>
                      <w:spacing w:after="0"/>
                      <w:rPr>
                        <w:rFonts w:cs="Aptos"/>
                        <w:noProof/>
                        <w:color w:val="000000"/>
                        <w:szCs w:val="20"/>
                      </w:rPr>
                    </w:pPr>
                    <w:r w:rsidRPr="00713E97">
                      <w:rPr>
                        <w:rFonts w:cs="Aptos"/>
                        <w:noProof/>
                        <w:color w:val="00000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6E0B" w14:textId="7FB545F7" w:rsidR="00A323AE" w:rsidRPr="009D2412" w:rsidRDefault="00713E97">
    <w:pPr>
      <w:pStyle w:val="Rodap"/>
      <w:jc w:val="center"/>
    </w:pPr>
    <w:r>
      <w:rPr>
        <w:noProof/>
        <w:color w:val="646464"/>
        <w:sz w:val="16"/>
      </w:rPr>
      <mc:AlternateContent>
        <mc:Choice Requires="wps">
          <w:drawing>
            <wp:anchor distT="0" distB="0" distL="0" distR="0" simplePos="0" relativeHeight="251662338" behindDoc="0" locked="0" layoutInCell="1" allowOverlap="1" wp14:anchorId="684A172E" wp14:editId="335C5170">
              <wp:simplePos x="868680" y="9646920"/>
              <wp:positionH relativeFrom="page">
                <wp:align>left</wp:align>
              </wp:positionH>
              <wp:positionV relativeFrom="page">
                <wp:align>bottom</wp:align>
              </wp:positionV>
              <wp:extent cx="669925" cy="357505"/>
              <wp:effectExtent l="0" t="0" r="15875" b="0"/>
              <wp:wrapNone/>
              <wp:docPr id="9794736" name="Caixa de Texto 7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9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07B81E" w14:textId="062F2C3F" w:rsidR="00713E97" w:rsidRPr="00713E97" w:rsidRDefault="00713E97" w:rsidP="00713E97">
                          <w:pPr>
                            <w:spacing w:after="0"/>
                            <w:rPr>
                              <w:rFonts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713E97">
                            <w:rPr>
                              <w:rFonts w:cs="Aptos"/>
                              <w:noProof/>
                              <w:color w:val="00000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A172E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alt="Público" style="position:absolute;left:0;text-align:left;margin-left:0;margin-top:0;width:52.75pt;height:28.15pt;z-index:25166233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1F07B81E" w14:textId="062F2C3F" w:rsidR="00713E97" w:rsidRPr="00713E97" w:rsidRDefault="00713E97" w:rsidP="00713E97">
                    <w:pPr>
                      <w:spacing w:after="0"/>
                      <w:rPr>
                        <w:rFonts w:cs="Aptos"/>
                        <w:noProof/>
                        <w:color w:val="000000"/>
                        <w:szCs w:val="20"/>
                      </w:rPr>
                    </w:pPr>
                    <w:r w:rsidRPr="00713E97">
                      <w:rPr>
                        <w:rFonts w:cs="Aptos"/>
                        <w:noProof/>
                        <w:color w:val="00000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0248" w:rsidRPr="009D2412">
      <w:rPr>
        <w:color w:val="646464"/>
        <w:sz w:val="16"/>
      </w:rPr>
      <w:t xml:space="preserve">Edital nº </w:t>
    </w:r>
    <w:r w:rsidR="00895B79">
      <w:rPr>
        <w:color w:val="646464"/>
        <w:sz w:val="16"/>
      </w:rPr>
      <w:t>01</w:t>
    </w:r>
    <w:r w:rsidR="00B80C1C">
      <w:rPr>
        <w:color w:val="646464"/>
        <w:sz w:val="16"/>
      </w:rPr>
      <w:t>1</w:t>
    </w:r>
    <w:r w:rsidR="00895B79">
      <w:rPr>
        <w:color w:val="646464"/>
        <w:sz w:val="16"/>
      </w:rPr>
      <w:t>/2026</w:t>
    </w:r>
    <w:r w:rsidR="009F0248" w:rsidRPr="009D2412">
      <w:rPr>
        <w:color w:val="646464"/>
        <w:sz w:val="16"/>
      </w:rPr>
      <w:t xml:space="preserve"> • Página </w:t>
    </w:r>
    <w:r w:rsidR="009F0248" w:rsidRPr="009D2412">
      <w:rPr>
        <w:color w:val="646464"/>
        <w:sz w:val="16"/>
      </w:rPr>
      <w:fldChar w:fldCharType="begin"/>
    </w:r>
    <w:r w:rsidR="009F0248" w:rsidRPr="009D2412">
      <w:rPr>
        <w:color w:val="646464"/>
        <w:sz w:val="16"/>
      </w:rPr>
      <w:instrText>PAGE</w:instrText>
    </w:r>
    <w:r w:rsidR="009F0248" w:rsidRPr="009D2412">
      <w:rPr>
        <w:color w:val="646464"/>
        <w:sz w:val="16"/>
      </w:rPr>
      <w:fldChar w:fldCharType="separate"/>
    </w:r>
    <w:r w:rsidR="009F0248" w:rsidRPr="009D2412">
      <w:rPr>
        <w:color w:val="646464"/>
        <w:sz w:val="16"/>
      </w:rPr>
      <w:t>1</w:t>
    </w:r>
    <w:r w:rsidR="009F0248" w:rsidRPr="009D2412">
      <w:rPr>
        <w:color w:val="646464"/>
        <w:sz w:val="16"/>
      </w:rPr>
      <w:fldChar w:fldCharType="end"/>
    </w:r>
    <w:r w:rsidR="009F0248" w:rsidRPr="009D2412">
      <w:rPr>
        <w:color w:val="646464"/>
        <w:sz w:val="16"/>
      </w:rPr>
      <w:t xml:space="preserve"> de </w:t>
    </w:r>
    <w:r w:rsidR="009F0248" w:rsidRPr="009D2412">
      <w:rPr>
        <w:color w:val="646464"/>
        <w:sz w:val="16"/>
      </w:rPr>
      <w:fldChar w:fldCharType="begin"/>
    </w:r>
    <w:r w:rsidR="009F0248" w:rsidRPr="009D2412">
      <w:rPr>
        <w:color w:val="646464"/>
        <w:sz w:val="16"/>
      </w:rPr>
      <w:instrText>NUMPAGES</w:instrText>
    </w:r>
    <w:r w:rsidR="009F0248" w:rsidRPr="009D2412">
      <w:rPr>
        <w:color w:val="646464"/>
        <w:sz w:val="16"/>
      </w:rPr>
      <w:fldChar w:fldCharType="separate"/>
    </w:r>
    <w:r w:rsidR="009F0248" w:rsidRPr="009D2412">
      <w:rPr>
        <w:color w:val="646464"/>
        <w:sz w:val="16"/>
      </w:rPr>
      <w:t>2</w:t>
    </w:r>
    <w:r w:rsidR="009F0248" w:rsidRPr="009D2412">
      <w:rPr>
        <w:color w:val="646464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87DE" w14:textId="4D2F5D5B" w:rsidR="00FC4885" w:rsidRPr="009D2412" w:rsidRDefault="00713E9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0290" behindDoc="0" locked="0" layoutInCell="1" allowOverlap="1" wp14:anchorId="2D1D3E08" wp14:editId="052807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69925" cy="357505"/>
              <wp:effectExtent l="0" t="0" r="15875" b="0"/>
              <wp:wrapNone/>
              <wp:docPr id="40299846" name="Caixa de Texto 5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9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23CDF1" w14:textId="20A063CE" w:rsidR="00713E97" w:rsidRPr="00713E97" w:rsidRDefault="00713E97" w:rsidP="00713E97">
                          <w:pPr>
                            <w:spacing w:after="0"/>
                            <w:rPr>
                              <w:rFonts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713E97">
                            <w:rPr>
                              <w:rFonts w:cs="Aptos"/>
                              <w:noProof/>
                              <w:color w:val="00000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D3E08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9" type="#_x0000_t202" alt="Público" style="position:absolute;margin-left:0;margin-top:0;width:52.75pt;height:28.15pt;z-index:25166029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4823CDF1" w14:textId="20A063CE" w:rsidR="00713E97" w:rsidRPr="00713E97" w:rsidRDefault="00713E97" w:rsidP="00713E97">
                    <w:pPr>
                      <w:spacing w:after="0"/>
                      <w:rPr>
                        <w:rFonts w:cs="Aptos"/>
                        <w:noProof/>
                        <w:color w:val="000000"/>
                        <w:szCs w:val="20"/>
                      </w:rPr>
                    </w:pPr>
                    <w:r w:rsidRPr="00713E97">
                      <w:rPr>
                        <w:rFonts w:cs="Aptos"/>
                        <w:noProof/>
                        <w:color w:val="00000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08EE" w14:textId="77777777" w:rsidR="006E622F" w:rsidRPr="009D2412" w:rsidRDefault="006E622F">
      <w:pPr>
        <w:spacing w:after="0" w:line="240" w:lineRule="auto"/>
      </w:pPr>
      <w:r w:rsidRPr="009D2412">
        <w:separator/>
      </w:r>
    </w:p>
  </w:footnote>
  <w:footnote w:type="continuationSeparator" w:id="0">
    <w:p w14:paraId="7AFD78AE" w14:textId="77777777" w:rsidR="006E622F" w:rsidRPr="009D2412" w:rsidRDefault="006E622F">
      <w:pPr>
        <w:spacing w:after="0" w:line="240" w:lineRule="auto"/>
      </w:pPr>
      <w:r w:rsidRPr="009D241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10550" w14:textId="0AA43B86" w:rsidR="00A323AE" w:rsidRPr="00462797" w:rsidRDefault="00885CFB" w:rsidP="00462797">
    <w:pPr>
      <w:pStyle w:val="Cabealho"/>
      <w:tabs>
        <w:tab w:val="clear" w:pos="9360"/>
      </w:tabs>
      <w:ind w:right="2147"/>
      <w:jc w:val="center"/>
      <w:rPr>
        <w:b/>
        <w:bCs/>
        <w:sz w:val="22"/>
        <w:szCs w:val="24"/>
      </w:rPr>
    </w:pPr>
    <w:r>
      <w:rPr>
        <w:b/>
        <w:bCs/>
        <w:noProof/>
        <w:sz w:val="22"/>
        <w:szCs w:val="24"/>
      </w:rPr>
      <w:drawing>
        <wp:anchor distT="0" distB="0" distL="114300" distR="114300" simplePos="0" relativeHeight="251659266" behindDoc="1" locked="0" layoutInCell="1" allowOverlap="1" wp14:anchorId="7F36D082" wp14:editId="671D8EA3">
          <wp:simplePos x="0" y="0"/>
          <wp:positionH relativeFrom="margin">
            <wp:posOffset>291465</wp:posOffset>
          </wp:positionH>
          <wp:positionV relativeFrom="margin">
            <wp:posOffset>-857250</wp:posOffset>
          </wp:positionV>
          <wp:extent cx="843280" cy="706755"/>
          <wp:effectExtent l="0" t="0" r="0" b="0"/>
          <wp:wrapSquare wrapText="bothSides"/>
          <wp:docPr id="192923629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236298" name="Imagem 19292362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3280" cy="706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6BEE" w:rsidRPr="00462797">
      <w:rPr>
        <w:b/>
        <w:bCs/>
        <w:sz w:val="22"/>
        <w:szCs w:val="24"/>
      </w:rPr>
      <w:t xml:space="preserve">UNIVERSIDADE </w:t>
    </w:r>
    <w:r>
      <w:rPr>
        <w:b/>
        <w:bCs/>
        <w:sz w:val="22"/>
        <w:szCs w:val="24"/>
      </w:rPr>
      <w:t>PITÁGORAS UNOPAR ANHANGUERA</w:t>
    </w:r>
  </w:p>
  <w:p w14:paraId="2D087DF3" w14:textId="03B752D1" w:rsidR="00196BEE" w:rsidRPr="009D2412" w:rsidRDefault="00F15AD1" w:rsidP="00F15AD1">
    <w:pPr>
      <w:pStyle w:val="Cabealho"/>
      <w:tabs>
        <w:tab w:val="clear" w:pos="9360"/>
      </w:tabs>
      <w:ind w:right="2147"/>
      <w:jc w:val="center"/>
    </w:pPr>
    <w:r w:rsidRPr="00F15AD1">
      <w:t>Av. Paris, 675 - Jardim Piza, Londrina - PR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A30623"/>
    <w:multiLevelType w:val="hybridMultilevel"/>
    <w:tmpl w:val="6D1EA35E"/>
    <w:lvl w:ilvl="0" w:tplc="67A23422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78249A"/>
    <w:multiLevelType w:val="hybridMultilevel"/>
    <w:tmpl w:val="9FB67D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11923">
    <w:abstractNumId w:val="8"/>
  </w:num>
  <w:num w:numId="2" w16cid:durableId="391781091">
    <w:abstractNumId w:val="6"/>
  </w:num>
  <w:num w:numId="3" w16cid:durableId="1514950990">
    <w:abstractNumId w:val="5"/>
  </w:num>
  <w:num w:numId="4" w16cid:durableId="1573394316">
    <w:abstractNumId w:val="4"/>
  </w:num>
  <w:num w:numId="5" w16cid:durableId="1129326965">
    <w:abstractNumId w:val="7"/>
  </w:num>
  <w:num w:numId="6" w16cid:durableId="651952588">
    <w:abstractNumId w:val="3"/>
  </w:num>
  <w:num w:numId="7" w16cid:durableId="346714469">
    <w:abstractNumId w:val="2"/>
  </w:num>
  <w:num w:numId="8" w16cid:durableId="1470129048">
    <w:abstractNumId w:val="1"/>
  </w:num>
  <w:num w:numId="9" w16cid:durableId="1009211573">
    <w:abstractNumId w:val="0"/>
  </w:num>
  <w:num w:numId="10" w16cid:durableId="405499279">
    <w:abstractNumId w:val="10"/>
  </w:num>
  <w:num w:numId="11" w16cid:durableId="4337862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355"/>
    <w:rsid w:val="00014CB3"/>
    <w:rsid w:val="00034616"/>
    <w:rsid w:val="00034AB6"/>
    <w:rsid w:val="00040A39"/>
    <w:rsid w:val="0004325D"/>
    <w:rsid w:val="0006063C"/>
    <w:rsid w:val="00067163"/>
    <w:rsid w:val="00070254"/>
    <w:rsid w:val="00082A6E"/>
    <w:rsid w:val="000851CB"/>
    <w:rsid w:val="000B0F7A"/>
    <w:rsid w:val="000B4B85"/>
    <w:rsid w:val="000E364C"/>
    <w:rsid w:val="000E3A1B"/>
    <w:rsid w:val="000F7D0A"/>
    <w:rsid w:val="0010446D"/>
    <w:rsid w:val="00114D5F"/>
    <w:rsid w:val="0011740A"/>
    <w:rsid w:val="00126A57"/>
    <w:rsid w:val="0015074B"/>
    <w:rsid w:val="00196B91"/>
    <w:rsid w:val="00196BEE"/>
    <w:rsid w:val="001C018A"/>
    <w:rsid w:val="001D37A5"/>
    <w:rsid w:val="001D428F"/>
    <w:rsid w:val="001F724D"/>
    <w:rsid w:val="001F7820"/>
    <w:rsid w:val="00203ADB"/>
    <w:rsid w:val="00211AC6"/>
    <w:rsid w:val="00216050"/>
    <w:rsid w:val="00222DE6"/>
    <w:rsid w:val="0026051F"/>
    <w:rsid w:val="00291DE8"/>
    <w:rsid w:val="0029639D"/>
    <w:rsid w:val="002A2294"/>
    <w:rsid w:val="002B6046"/>
    <w:rsid w:val="002C0DFD"/>
    <w:rsid w:val="002F4A30"/>
    <w:rsid w:val="00302129"/>
    <w:rsid w:val="003026DF"/>
    <w:rsid w:val="003045FF"/>
    <w:rsid w:val="00316F1D"/>
    <w:rsid w:val="00326F90"/>
    <w:rsid w:val="00346B47"/>
    <w:rsid w:val="00347895"/>
    <w:rsid w:val="00351C46"/>
    <w:rsid w:val="003529BE"/>
    <w:rsid w:val="00366345"/>
    <w:rsid w:val="00395793"/>
    <w:rsid w:val="003A01B3"/>
    <w:rsid w:val="003A6993"/>
    <w:rsid w:val="003A7940"/>
    <w:rsid w:val="003B285A"/>
    <w:rsid w:val="003B7EF0"/>
    <w:rsid w:val="003E08CB"/>
    <w:rsid w:val="003F20F7"/>
    <w:rsid w:val="00403601"/>
    <w:rsid w:val="00406A8B"/>
    <w:rsid w:val="0041276D"/>
    <w:rsid w:val="00437968"/>
    <w:rsid w:val="00462797"/>
    <w:rsid w:val="004658B8"/>
    <w:rsid w:val="0047519E"/>
    <w:rsid w:val="004A168C"/>
    <w:rsid w:val="004A7341"/>
    <w:rsid w:val="004B2BFD"/>
    <w:rsid w:val="004B3261"/>
    <w:rsid w:val="004C0F61"/>
    <w:rsid w:val="004C4070"/>
    <w:rsid w:val="00513221"/>
    <w:rsid w:val="0053184B"/>
    <w:rsid w:val="00536DAC"/>
    <w:rsid w:val="005519DA"/>
    <w:rsid w:val="00554B64"/>
    <w:rsid w:val="00554CA5"/>
    <w:rsid w:val="005773EB"/>
    <w:rsid w:val="005861F5"/>
    <w:rsid w:val="0059165E"/>
    <w:rsid w:val="005C347D"/>
    <w:rsid w:val="005C6E49"/>
    <w:rsid w:val="005C70F3"/>
    <w:rsid w:val="005D7F96"/>
    <w:rsid w:val="005F4FA0"/>
    <w:rsid w:val="006030D2"/>
    <w:rsid w:val="00604D84"/>
    <w:rsid w:val="00604DC0"/>
    <w:rsid w:val="00616E84"/>
    <w:rsid w:val="00626A86"/>
    <w:rsid w:val="006301E3"/>
    <w:rsid w:val="0063742C"/>
    <w:rsid w:val="0066749B"/>
    <w:rsid w:val="00674400"/>
    <w:rsid w:val="006978C2"/>
    <w:rsid w:val="006A62A7"/>
    <w:rsid w:val="006B06FF"/>
    <w:rsid w:val="006C0C43"/>
    <w:rsid w:val="006D7CE1"/>
    <w:rsid w:val="006E622F"/>
    <w:rsid w:val="0071090E"/>
    <w:rsid w:val="007129D2"/>
    <w:rsid w:val="00713E97"/>
    <w:rsid w:val="007148C9"/>
    <w:rsid w:val="00714FB2"/>
    <w:rsid w:val="007162F3"/>
    <w:rsid w:val="00723213"/>
    <w:rsid w:val="00723C45"/>
    <w:rsid w:val="007263FF"/>
    <w:rsid w:val="00753DAA"/>
    <w:rsid w:val="007572AA"/>
    <w:rsid w:val="00793AEE"/>
    <w:rsid w:val="007C3076"/>
    <w:rsid w:val="007F5516"/>
    <w:rsid w:val="00805ACF"/>
    <w:rsid w:val="0080655E"/>
    <w:rsid w:val="00807846"/>
    <w:rsid w:val="0081066D"/>
    <w:rsid w:val="00821253"/>
    <w:rsid w:val="008224F5"/>
    <w:rsid w:val="0085406D"/>
    <w:rsid w:val="00874E54"/>
    <w:rsid w:val="00885CFB"/>
    <w:rsid w:val="00890BA1"/>
    <w:rsid w:val="0089224F"/>
    <w:rsid w:val="00895B79"/>
    <w:rsid w:val="008A4592"/>
    <w:rsid w:val="008A465C"/>
    <w:rsid w:val="008A4801"/>
    <w:rsid w:val="008A4BE9"/>
    <w:rsid w:val="008A598F"/>
    <w:rsid w:val="008C30F7"/>
    <w:rsid w:val="008E0D58"/>
    <w:rsid w:val="008F13DC"/>
    <w:rsid w:val="008F633F"/>
    <w:rsid w:val="00906841"/>
    <w:rsid w:val="00906EDF"/>
    <w:rsid w:val="00917745"/>
    <w:rsid w:val="009261B8"/>
    <w:rsid w:val="009269FB"/>
    <w:rsid w:val="00942948"/>
    <w:rsid w:val="009446F9"/>
    <w:rsid w:val="0095072D"/>
    <w:rsid w:val="0096223A"/>
    <w:rsid w:val="00963BC2"/>
    <w:rsid w:val="00963F57"/>
    <w:rsid w:val="00977C03"/>
    <w:rsid w:val="009A7E5F"/>
    <w:rsid w:val="009D2412"/>
    <w:rsid w:val="009F0248"/>
    <w:rsid w:val="00A01DC9"/>
    <w:rsid w:val="00A24408"/>
    <w:rsid w:val="00A323AE"/>
    <w:rsid w:val="00A32CE0"/>
    <w:rsid w:val="00A36B2B"/>
    <w:rsid w:val="00A7735C"/>
    <w:rsid w:val="00A86370"/>
    <w:rsid w:val="00A94861"/>
    <w:rsid w:val="00AA1D8D"/>
    <w:rsid w:val="00AA7D97"/>
    <w:rsid w:val="00AB45FD"/>
    <w:rsid w:val="00AD3BBE"/>
    <w:rsid w:val="00AD43B7"/>
    <w:rsid w:val="00AF77A5"/>
    <w:rsid w:val="00B03DA6"/>
    <w:rsid w:val="00B308FC"/>
    <w:rsid w:val="00B33D73"/>
    <w:rsid w:val="00B44863"/>
    <w:rsid w:val="00B47730"/>
    <w:rsid w:val="00B54EC7"/>
    <w:rsid w:val="00B65D1C"/>
    <w:rsid w:val="00B80C1C"/>
    <w:rsid w:val="00B815B5"/>
    <w:rsid w:val="00B942F0"/>
    <w:rsid w:val="00BB0764"/>
    <w:rsid w:val="00BB20E9"/>
    <w:rsid w:val="00BC368F"/>
    <w:rsid w:val="00BF6E62"/>
    <w:rsid w:val="00C139F3"/>
    <w:rsid w:val="00C15402"/>
    <w:rsid w:val="00C22360"/>
    <w:rsid w:val="00C50EFC"/>
    <w:rsid w:val="00C72120"/>
    <w:rsid w:val="00CB0664"/>
    <w:rsid w:val="00CC0207"/>
    <w:rsid w:val="00CD0CE1"/>
    <w:rsid w:val="00CF026D"/>
    <w:rsid w:val="00CF75AA"/>
    <w:rsid w:val="00D00768"/>
    <w:rsid w:val="00D03DA9"/>
    <w:rsid w:val="00D16276"/>
    <w:rsid w:val="00D34986"/>
    <w:rsid w:val="00D449E8"/>
    <w:rsid w:val="00D51A25"/>
    <w:rsid w:val="00D70077"/>
    <w:rsid w:val="00D71A7F"/>
    <w:rsid w:val="00D86B89"/>
    <w:rsid w:val="00D91D6B"/>
    <w:rsid w:val="00DB5E10"/>
    <w:rsid w:val="00DC27B2"/>
    <w:rsid w:val="00DC3ECD"/>
    <w:rsid w:val="00DC60A7"/>
    <w:rsid w:val="00E04367"/>
    <w:rsid w:val="00E33B5A"/>
    <w:rsid w:val="00E409C8"/>
    <w:rsid w:val="00E450E3"/>
    <w:rsid w:val="00E57ED9"/>
    <w:rsid w:val="00E72970"/>
    <w:rsid w:val="00E761AB"/>
    <w:rsid w:val="00E859E8"/>
    <w:rsid w:val="00E910F9"/>
    <w:rsid w:val="00E92252"/>
    <w:rsid w:val="00EA36C2"/>
    <w:rsid w:val="00EB0E8D"/>
    <w:rsid w:val="00EB556A"/>
    <w:rsid w:val="00EC4363"/>
    <w:rsid w:val="00ED1B35"/>
    <w:rsid w:val="00ED4FED"/>
    <w:rsid w:val="00ED601C"/>
    <w:rsid w:val="00EE5FC6"/>
    <w:rsid w:val="00EF44CB"/>
    <w:rsid w:val="00EF4C5A"/>
    <w:rsid w:val="00F07C22"/>
    <w:rsid w:val="00F11B66"/>
    <w:rsid w:val="00F12FC0"/>
    <w:rsid w:val="00F15AD1"/>
    <w:rsid w:val="00F169A7"/>
    <w:rsid w:val="00F17692"/>
    <w:rsid w:val="00F24523"/>
    <w:rsid w:val="00F34B69"/>
    <w:rsid w:val="00F42F7F"/>
    <w:rsid w:val="00F603D5"/>
    <w:rsid w:val="00F77CD4"/>
    <w:rsid w:val="00F866C9"/>
    <w:rsid w:val="00F916B2"/>
    <w:rsid w:val="00F9489D"/>
    <w:rsid w:val="00FB0E99"/>
    <w:rsid w:val="00FC4885"/>
    <w:rsid w:val="00FC634C"/>
    <w:rsid w:val="00FC693F"/>
    <w:rsid w:val="00FD7A19"/>
    <w:rsid w:val="00FF0813"/>
    <w:rsid w:val="00FF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534BFAFD-2D32-47CD-A0C2-1617400F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eastAsia="Aptos" w:hAnsi="Aptos"/>
      <w:sz w:val="20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DC3EC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C3ECD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85406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5406D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5406D"/>
    <w:rPr>
      <w:rFonts w:ascii="Aptos" w:eastAsia="Aptos" w:hAnsi="Aptos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5406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5406D"/>
    <w:rPr>
      <w:rFonts w:ascii="Aptos" w:eastAsia="Aptos" w:hAnsi="Aptos"/>
      <w:b/>
      <w:bCs/>
      <w:sz w:val="20"/>
      <w:szCs w:val="20"/>
      <w:lang w:val="pt-BR"/>
    </w:rPr>
  </w:style>
  <w:style w:type="paragraph" w:styleId="NormalWeb">
    <w:name w:val="Normal (Web)"/>
    <w:basedOn w:val="Normal"/>
    <w:uiPriority w:val="99"/>
    <w:semiHidden/>
    <w:unhideWhenUsed/>
    <w:rsid w:val="008224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2"/>
      <w:sz w:val="24"/>
      <w:szCs w:val="24"/>
      <w:lang w:eastAsia="pt-BR"/>
      <w14:ligatures w14:val="standardContextual"/>
    </w:rPr>
  </w:style>
  <w:style w:type="table" w:styleId="TabeladeGrade4-nfase1">
    <w:name w:val="Grid Table 4 Accent 1"/>
    <w:basedOn w:val="Tabelanormal"/>
    <w:uiPriority w:val="49"/>
    <w:rsid w:val="008224F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Sumrio1">
    <w:name w:val="toc 1"/>
    <w:basedOn w:val="Normal"/>
    <w:next w:val="Normal"/>
    <w:autoRedefine/>
    <w:uiPriority w:val="39"/>
    <w:semiHidden/>
    <w:unhideWhenUsed/>
    <w:rsid w:val="00890BA1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c42001-9759-4b38-a906-152fbf37e35a}" enabled="1" method="Privileged" siteId="{a50e7b76-8ea5-492c-bf17-97d652fc3ce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396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Edital de Processo Seletivo Aprimorado</vt:lpstr>
    </vt:vector>
  </TitlesOfParts>
  <Manager/>
  <Company/>
  <LinksUpToDate>false</LinksUpToDate>
  <CharactersWithSpaces>2534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Edital de Processo Seletivo Aprimorado</dc:title>
  <dc:subject>Pós-Graduação Stricto Sensu</dc:subject>
  <dc:creator>Kamila Vieira De Freitas Sperb</dc:creator>
  <cp:keywords>edital, processo seletivo, mestrado, doutorado</cp:keywords>
  <dc:description>generated by python-docx</dc:description>
  <cp:lastModifiedBy>Cristina Saori Ueda Rodrigues</cp:lastModifiedBy>
  <cp:revision>2</cp:revision>
  <dcterms:created xsi:type="dcterms:W3CDTF">2026-09-29T16:56:00Z</dcterms:created>
  <dcterms:modified xsi:type="dcterms:W3CDTF">2026-09-29T16:56:00Z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266ed46,1bcc57b4,9574b0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Público</vt:lpwstr>
  </property>
</Properties>
</file>